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A8907" w14:textId="1D13D00A" w:rsidR="00F87B19" w:rsidRPr="00F82A7E" w:rsidRDefault="00F82A7E" w:rsidP="00584E8A">
      <w:pPr>
        <w:pStyle w:val="Tytu"/>
        <w:spacing w:after="0"/>
        <w:jc w:val="center"/>
        <w:rPr>
          <w:lang w:val="pl-PL"/>
        </w:rPr>
      </w:pPr>
      <w:r>
        <w:rPr>
          <w:lang w:val="pl-PL"/>
        </w:rPr>
        <w:t>Informacja o funkcjonowaniu ucznia w szkole</w:t>
      </w:r>
    </w:p>
    <w:p w14:paraId="5A17B68C" w14:textId="3DE8F77B" w:rsidR="00F87B19" w:rsidRPr="00584E8A" w:rsidRDefault="005B1A8B" w:rsidP="00584E8A">
      <w:pPr>
        <w:spacing w:after="0" w:line="240" w:lineRule="auto"/>
        <w:jc w:val="center"/>
        <w:rPr>
          <w:color w:val="365F91" w:themeColor="accent1" w:themeShade="BF"/>
          <w:lang w:val="pl-PL"/>
        </w:rPr>
      </w:pPr>
      <w:r w:rsidRPr="00584E8A">
        <w:rPr>
          <w:color w:val="365F91" w:themeColor="accent1" w:themeShade="BF"/>
          <w:lang w:val="pl-PL"/>
        </w:rPr>
        <w:t xml:space="preserve">Informacja nauczycieli i specjalistów do diagnozy i wydania </w:t>
      </w:r>
      <w:r w:rsidRPr="00584E8A">
        <w:rPr>
          <w:color w:val="365F91" w:themeColor="accent1" w:themeShade="BF"/>
          <w:u w:val="single"/>
          <w:lang w:val="pl-PL"/>
        </w:rPr>
        <w:t>opinii</w:t>
      </w:r>
      <w:r w:rsidRPr="00584E8A">
        <w:rPr>
          <w:color w:val="365F91" w:themeColor="accent1" w:themeShade="BF"/>
          <w:lang w:val="pl-PL"/>
        </w:rPr>
        <w:t xml:space="preserve"> przez </w:t>
      </w:r>
      <w:r w:rsidR="00584E8A" w:rsidRPr="00584E8A">
        <w:rPr>
          <w:color w:val="365F91" w:themeColor="accent1" w:themeShade="BF"/>
          <w:lang w:val="pl-PL"/>
        </w:rPr>
        <w:t>P</w:t>
      </w:r>
      <w:r w:rsidRPr="00584E8A">
        <w:rPr>
          <w:color w:val="365F91" w:themeColor="accent1" w:themeShade="BF"/>
          <w:lang w:val="pl-PL"/>
        </w:rPr>
        <w:t>oradnię</w:t>
      </w:r>
    </w:p>
    <w:p w14:paraId="1B00C047" w14:textId="77777777" w:rsidR="00F82A7E" w:rsidRPr="00F82A7E" w:rsidRDefault="00F82A7E" w:rsidP="00584E8A">
      <w:pPr>
        <w:spacing w:after="120" w:line="240" w:lineRule="auto"/>
        <w:rPr>
          <w:sz w:val="19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56"/>
      </w:tblGrid>
      <w:tr w:rsidR="00F82A7E" w:rsidRPr="00F82A7E" w14:paraId="7D2F42E7" w14:textId="77777777">
        <w:tc>
          <w:tcPr>
            <w:tcW w:w="10006" w:type="dxa"/>
          </w:tcPr>
          <w:p w14:paraId="7D1A8362" w14:textId="649BD700" w:rsidR="00F82A7E" w:rsidRPr="00F82A7E" w:rsidRDefault="00F82A7E" w:rsidP="00AD5ED3">
            <w:pPr>
              <w:spacing w:after="120"/>
              <w:rPr>
                <w:lang w:val="pl-PL"/>
              </w:rPr>
            </w:pPr>
            <w:r>
              <w:rPr>
                <w:lang w:val="pl-PL"/>
              </w:rPr>
              <w:t>Imię i nazwisko ucznia:</w:t>
            </w:r>
          </w:p>
        </w:tc>
      </w:tr>
      <w:tr w:rsidR="00F82A7E" w:rsidRPr="00F82A7E" w14:paraId="7AA0983E" w14:textId="77777777">
        <w:tc>
          <w:tcPr>
            <w:tcW w:w="10006" w:type="dxa"/>
          </w:tcPr>
          <w:p w14:paraId="1926A54F" w14:textId="0A9FDBD5" w:rsidR="00F82A7E" w:rsidRPr="00F82A7E" w:rsidRDefault="00F82A7E" w:rsidP="00AD5ED3">
            <w:pPr>
              <w:spacing w:after="120"/>
              <w:rPr>
                <w:lang w:val="pl-PL"/>
              </w:rPr>
            </w:pPr>
            <w:r>
              <w:rPr>
                <w:lang w:val="pl-PL"/>
              </w:rPr>
              <w:t xml:space="preserve">Data urodzenia:                                                                     Rok szkolny:                           Klasa:  </w:t>
            </w:r>
          </w:p>
        </w:tc>
      </w:tr>
      <w:tr w:rsidR="00F82A7E" w:rsidRPr="00F82A7E" w14:paraId="0310F9CA" w14:textId="77777777">
        <w:tc>
          <w:tcPr>
            <w:tcW w:w="10006" w:type="dxa"/>
          </w:tcPr>
          <w:p w14:paraId="7DFD8CD6" w14:textId="16EF5416" w:rsidR="00F82A7E" w:rsidRPr="00F82A7E" w:rsidRDefault="00F82A7E" w:rsidP="00AD5ED3">
            <w:pPr>
              <w:spacing w:after="120"/>
              <w:rPr>
                <w:lang w:val="pl-PL"/>
              </w:rPr>
            </w:pPr>
            <w:r>
              <w:rPr>
                <w:lang w:val="pl-PL"/>
              </w:rPr>
              <w:t>Nazwa i adres szkoły</w:t>
            </w:r>
          </w:p>
        </w:tc>
      </w:tr>
      <w:tr w:rsidR="00F82A7E" w:rsidRPr="00F82A7E" w14:paraId="7626A411" w14:textId="77777777">
        <w:tc>
          <w:tcPr>
            <w:tcW w:w="10006" w:type="dxa"/>
          </w:tcPr>
          <w:p w14:paraId="0D3CF243" w14:textId="41E1B18E" w:rsidR="00F82A7E" w:rsidRPr="00F82A7E" w:rsidRDefault="00F82A7E" w:rsidP="00AD5ED3">
            <w:pPr>
              <w:spacing w:after="120"/>
              <w:rPr>
                <w:lang w:val="pl-PL"/>
              </w:rPr>
            </w:pPr>
            <w:r>
              <w:rPr>
                <w:lang w:val="pl-PL"/>
              </w:rPr>
              <w:t xml:space="preserve">Data opinii:                                                                            Okres objęty obserwacją: </w:t>
            </w:r>
          </w:p>
        </w:tc>
      </w:tr>
    </w:tbl>
    <w:p w14:paraId="43F57CA5" w14:textId="50989BD5" w:rsidR="00F87B19" w:rsidRPr="00F82A7E" w:rsidRDefault="005B1A8B">
      <w:pPr>
        <w:pStyle w:val="Prompt"/>
        <w:rPr>
          <w:lang w:val="pl-PL"/>
        </w:rPr>
      </w:pPr>
      <w:r>
        <w:rPr>
          <w:lang w:val="pl-PL"/>
        </w:rPr>
        <w:t>Powód przygotowania opinii i najważniejsze pytanie do Poradni:</w:t>
      </w:r>
    </w:p>
    <w:p w14:paraId="26D50E7B" w14:textId="30A8F09E" w:rsidR="00476C64" w:rsidRPr="00F82A7E" w:rsidRDefault="005B1A8B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t> </w:t>
      </w:r>
    </w:p>
    <w:p w14:paraId="28E4C235" w14:textId="71A453CA" w:rsidR="00F87B19" w:rsidRPr="00584E8A" w:rsidRDefault="00476C64">
      <w:pPr>
        <w:pStyle w:val="Nagwek1"/>
        <w:rPr>
          <w:color w:val="C00000"/>
          <w:lang w:val="pl-PL"/>
        </w:rPr>
      </w:pPr>
      <w:r w:rsidRPr="00584E8A">
        <w:rPr>
          <w:color w:val="C00000"/>
          <w:lang w:val="pl-PL"/>
        </w:rPr>
        <w:t>Część I.Uczenie się i trudności edukacyjne</w:t>
      </w:r>
    </w:p>
    <w:p w14:paraId="43268BF2" w14:textId="38891E1D" w:rsidR="00F87B19" w:rsidRPr="00F82A7E" w:rsidRDefault="005B1A8B" w:rsidP="00584E8A">
      <w:pPr>
        <w:pStyle w:val="Prompt"/>
        <w:jc w:val="both"/>
        <w:rPr>
          <w:lang w:val="pl-PL"/>
        </w:rPr>
      </w:pPr>
      <w:r>
        <w:rPr>
          <w:lang w:val="pl-PL"/>
        </w:rPr>
        <w:t xml:space="preserve">Jak uczeń przyswaja, zapamiętuje i wykorzystuje nowe wiadomości? </w:t>
      </w:r>
      <w:r>
        <w:rPr>
          <w:b w:val="0"/>
          <w:bCs/>
          <w:i/>
          <w:iCs/>
          <w:lang w:val="pl-PL"/>
        </w:rPr>
        <w:t>Proszę wskazać przedmioty lub umiejętności sprawiające trudność, stopień samodzielności oraz różnice między tym, co uczeń wie, a tym, co potrafi pokazać w pracy ustnej lub pisemnej.)</w:t>
      </w:r>
    </w:p>
    <w:p w14:paraId="38D392B7" w14:textId="77777777" w:rsidR="00F87B19" w:rsidRPr="00F82A7E" w:rsidRDefault="005B1A8B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br/>
        <w:t> </w:t>
      </w:r>
    </w:p>
    <w:p w14:paraId="2ED8B010" w14:textId="46A044E1" w:rsidR="00F87B19" w:rsidRPr="00F82A7E" w:rsidRDefault="005B1A8B" w:rsidP="00584E8A">
      <w:pPr>
        <w:pStyle w:val="Prompt"/>
        <w:jc w:val="both"/>
        <w:rPr>
          <w:lang w:val="pl-PL"/>
        </w:rPr>
      </w:pPr>
      <w:r>
        <w:rPr>
          <w:lang w:val="pl-PL"/>
        </w:rPr>
        <w:t xml:space="preserve">Jak rozumie polecenia i organizuje pracę na lekcji? </w:t>
      </w:r>
      <w:r>
        <w:rPr>
          <w:b w:val="0"/>
          <w:bCs/>
          <w:i/>
          <w:iCs/>
          <w:lang w:val="pl-PL"/>
        </w:rPr>
        <w:t>(Proszę opisać rozpoczynanie, planowanie i kończenie zadań, rozumienie poleceń oraz samodzielność. Jaka pomoc zmienia wykonanie zadania. Szczegóły czytania, pisania, mowy, uwagi i liczenia opisz na kolejnych stronach.)</w:t>
      </w:r>
    </w:p>
    <w:p w14:paraId="49E71833" w14:textId="77777777" w:rsidR="00F87B19" w:rsidRPr="00F82A7E" w:rsidRDefault="005B1A8B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br/>
        <w:t> </w:t>
      </w:r>
    </w:p>
    <w:p w14:paraId="0708CA39" w14:textId="3E38108F" w:rsidR="00F87B19" w:rsidRPr="00F82A7E" w:rsidRDefault="005B1A8B" w:rsidP="00584E8A">
      <w:pPr>
        <w:pStyle w:val="Prompt"/>
        <w:jc w:val="both"/>
        <w:rPr>
          <w:lang w:val="pl-PL"/>
        </w:rPr>
      </w:pPr>
      <w:r>
        <w:rPr>
          <w:lang w:val="pl-PL"/>
        </w:rPr>
        <w:t xml:space="preserve">Od kiedy i w jakich sytuacjach występują trudności? </w:t>
      </w:r>
      <w:r>
        <w:rPr>
          <w:b w:val="0"/>
          <w:bCs/>
          <w:i/>
          <w:iCs/>
          <w:lang w:val="pl-PL"/>
        </w:rPr>
        <w:t>(Czy utrzymują się mimo ćwiczeń? Proszę uwzględnić frekwencję, zmiany szkoły, język nauczania i ewentualne powtarzanie klasy. Proszę wskazać, w jakich warunkach uczeń radzi sobie lepiej.)</w:t>
      </w:r>
    </w:p>
    <w:p w14:paraId="77429265" w14:textId="77777777" w:rsidR="00F87B19" w:rsidRPr="00F82A7E" w:rsidRDefault="005B1A8B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br/>
        <w:t> </w:t>
      </w:r>
    </w:p>
    <w:p w14:paraId="54DBE8E5" w14:textId="6A26E28E" w:rsidR="00F87B19" w:rsidRPr="00F82A7E" w:rsidRDefault="005B1A8B" w:rsidP="00584E8A">
      <w:pPr>
        <w:pStyle w:val="Prompt"/>
        <w:jc w:val="both"/>
        <w:rPr>
          <w:lang w:val="pl-PL"/>
        </w:rPr>
      </w:pPr>
      <w:r>
        <w:rPr>
          <w:lang w:val="pl-PL"/>
        </w:rPr>
        <w:t>Czy zdrowie lub odbiór bodźców wpływa na pracę ucznia w szkole?</w:t>
      </w:r>
      <w:r>
        <w:rPr>
          <w:b w:val="0"/>
          <w:bCs/>
          <w:i/>
          <w:iCs/>
          <w:lang w:val="pl-PL"/>
        </w:rPr>
        <w:t xml:space="preserve"> (Np. obserwowane trudności z</w:t>
      </w:r>
      <w:r w:rsidR="00584E8A">
        <w:rPr>
          <w:b w:val="0"/>
          <w:bCs/>
          <w:i/>
          <w:iCs/>
          <w:lang w:val="pl-PL"/>
        </w:rPr>
        <w:t> </w:t>
      </w:r>
      <w:r>
        <w:rPr>
          <w:b w:val="0"/>
          <w:bCs/>
          <w:i/>
          <w:iCs/>
          <w:lang w:val="pl-PL"/>
        </w:rPr>
        <w:t>widzeniem lub słyszeniem, męczliwość, reakcje na hałas. Proszę wypisać tylko informacje istotne dla nauki i udziału w zajęciach. Nalży odróżnić obserwacje od informacji rodzica lub dokumentacji.)</w:t>
      </w:r>
    </w:p>
    <w:p w14:paraId="13826F36" w14:textId="525F42F2" w:rsidR="00F87B19" w:rsidRPr="00F82A7E" w:rsidRDefault="005B1A8B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br/>
        <w:t> </w:t>
      </w:r>
    </w:p>
    <w:p w14:paraId="0DF1322D" w14:textId="69B383E4" w:rsidR="00F87B19" w:rsidRPr="00584E8A" w:rsidRDefault="00476C64">
      <w:pPr>
        <w:pStyle w:val="Nagwek1"/>
        <w:pageBreakBefore/>
        <w:spacing w:before="0"/>
        <w:rPr>
          <w:color w:val="C00000"/>
          <w:lang w:val="pl-PL"/>
        </w:rPr>
      </w:pPr>
      <w:r w:rsidRPr="00584E8A">
        <w:rPr>
          <w:color w:val="C00000"/>
          <w:lang w:val="pl-PL"/>
        </w:rPr>
        <w:lastRenderedPageBreak/>
        <w:t>Część II. Czytanie pisanie i umiejętności matematyczne</w:t>
      </w:r>
    </w:p>
    <w:p w14:paraId="5D11887C" w14:textId="77777777" w:rsidR="00F87B19" w:rsidRPr="00F82A7E" w:rsidRDefault="005B1A8B">
      <w:pPr>
        <w:keepNext/>
        <w:spacing w:before="200" w:after="100"/>
        <w:rPr>
          <w:lang w:val="pl-PL"/>
        </w:rPr>
      </w:pPr>
      <w:r>
        <w:rPr>
          <w:b/>
          <w:sz w:val="24"/>
          <w:lang w:val="pl-PL"/>
        </w:rPr>
        <w:t>1.   Znajomość liter</w:t>
      </w:r>
      <w:r>
        <w:rPr>
          <w:sz w:val="22"/>
          <w:lang w:val="pl-PL"/>
        </w:rPr>
        <w:t xml:space="preserve"> (właściwe zaznaczyć):</w:t>
      </w:r>
    </w:p>
    <w:p w14:paraId="56FE669B" w14:textId="69ED9B3E" w:rsidR="00476C64" w:rsidRPr="00F82A7E" w:rsidRDefault="005B1A8B" w:rsidP="00476C64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color w:val="000000"/>
          <w:sz w:val="24"/>
          <w:lang w:val="pl-PL"/>
        </w:rPr>
        <w:t>- drukowane – zna wszystkie litery / nie zna wszystkich liter (wymienić jakich):</w:t>
      </w:r>
      <w:r>
        <w:rPr>
          <w:lang w:val="pl-PL"/>
        </w:rPr>
        <w:t xml:space="preserve">  </w:t>
      </w:r>
    </w:p>
    <w:p w14:paraId="78B32FC8" w14:textId="77777777" w:rsidR="00476C64" w:rsidRPr="00F82A7E" w:rsidRDefault="00476C64" w:rsidP="00476C64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t> </w:t>
      </w:r>
    </w:p>
    <w:p w14:paraId="78E58EBF" w14:textId="001048B0" w:rsidR="00476C64" w:rsidRPr="00F82A7E" w:rsidRDefault="00476C64" w:rsidP="00476C64">
      <w:pPr>
        <w:keepLines/>
        <w:spacing w:line="300" w:lineRule="auto"/>
        <w:rPr>
          <w:lang w:val="pl-PL"/>
        </w:rPr>
      </w:pPr>
      <w:r>
        <w:rPr>
          <w:sz w:val="24"/>
          <w:lang w:val="pl-PL"/>
        </w:rPr>
        <w:t>- pisane – zna wszystkie litery / nie zna wszystkich liter (wymienić jakich):</w:t>
      </w:r>
    </w:p>
    <w:p w14:paraId="19A23990" w14:textId="77777777" w:rsidR="00476C64" w:rsidRPr="00F82A7E" w:rsidRDefault="00476C64" w:rsidP="00476C64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t> </w:t>
      </w:r>
    </w:p>
    <w:p w14:paraId="4C11C63E" w14:textId="77777777" w:rsidR="00F87B19" w:rsidRPr="00F82A7E" w:rsidRDefault="005B1A8B">
      <w:pPr>
        <w:keepNext/>
        <w:spacing w:before="200" w:after="100"/>
        <w:rPr>
          <w:lang w:val="pl-PL"/>
        </w:rPr>
      </w:pPr>
      <w:r>
        <w:rPr>
          <w:b/>
          <w:sz w:val="24"/>
          <w:lang w:val="pl-PL"/>
        </w:rPr>
        <w:t>2.   Umiejętność dokonywania prawidłowej</w:t>
      </w:r>
      <w:r>
        <w:rPr>
          <w:sz w:val="22"/>
          <w:lang w:val="pl-PL"/>
        </w:rPr>
        <w:t xml:space="preserve"> (właściwe zaznaczyć):</w:t>
      </w:r>
    </w:p>
    <w:p w14:paraId="60EF15F5" w14:textId="77777777" w:rsidR="00F87B19" w:rsidRPr="00F82A7E" w:rsidRDefault="005B1A8B">
      <w:pPr>
        <w:keepLines/>
        <w:tabs>
          <w:tab w:val="left" w:pos="4819"/>
        </w:tabs>
        <w:spacing w:line="300" w:lineRule="auto"/>
        <w:ind w:left="369"/>
        <w:rPr>
          <w:lang w:val="pl-PL"/>
        </w:rPr>
      </w:pPr>
      <w:r>
        <w:rPr>
          <w:sz w:val="24"/>
          <w:lang w:val="pl-PL"/>
        </w:rPr>
        <w:t>- analizy sylabowej słów:     TAK / NIE</w:t>
      </w:r>
      <w:r>
        <w:rPr>
          <w:sz w:val="24"/>
          <w:lang w:val="pl-PL"/>
        </w:rPr>
        <w:tab/>
        <w:t>- analizy głoskowej słów:     TAK / NIE</w:t>
      </w:r>
    </w:p>
    <w:p w14:paraId="4F2A4540" w14:textId="77777777" w:rsidR="00F87B19" w:rsidRPr="00F82A7E" w:rsidRDefault="005B1A8B">
      <w:pPr>
        <w:keepLines/>
        <w:tabs>
          <w:tab w:val="left" w:pos="4819"/>
        </w:tabs>
        <w:spacing w:line="300" w:lineRule="auto"/>
        <w:ind w:left="369"/>
        <w:rPr>
          <w:lang w:val="pl-PL"/>
        </w:rPr>
      </w:pPr>
      <w:r>
        <w:rPr>
          <w:sz w:val="24"/>
          <w:lang w:val="pl-PL"/>
        </w:rPr>
        <w:t>- syntezy głoskowej słów:    TAK / NIE</w:t>
      </w:r>
      <w:r>
        <w:rPr>
          <w:sz w:val="24"/>
          <w:lang w:val="pl-PL"/>
        </w:rPr>
        <w:tab/>
        <w:t>- syntezy sylabowej słów:    TAK / NIE</w:t>
      </w:r>
    </w:p>
    <w:p w14:paraId="23AF7BA6" w14:textId="77777777" w:rsidR="00F87B19" w:rsidRPr="00F82A7E" w:rsidRDefault="005B1A8B">
      <w:pPr>
        <w:keepNext/>
        <w:spacing w:before="200" w:after="100"/>
        <w:rPr>
          <w:lang w:val="pl-PL"/>
        </w:rPr>
      </w:pPr>
      <w:r>
        <w:rPr>
          <w:b/>
          <w:sz w:val="24"/>
          <w:lang w:val="pl-PL"/>
        </w:rPr>
        <w:t>3.   Technika czytania</w:t>
      </w:r>
      <w:r>
        <w:rPr>
          <w:sz w:val="22"/>
          <w:lang w:val="pl-PL"/>
        </w:rPr>
        <w:t xml:space="preserve"> (właściwe zaznaczyć):</w:t>
      </w:r>
    </w:p>
    <w:p w14:paraId="1E274927" w14:textId="77777777" w:rsidR="00F87B19" w:rsidRPr="00F82A7E" w:rsidRDefault="005B1A8B">
      <w:pPr>
        <w:keepLines/>
        <w:spacing w:line="300" w:lineRule="auto"/>
        <w:ind w:left="369"/>
        <w:rPr>
          <w:lang w:val="pl-PL"/>
        </w:rPr>
      </w:pPr>
      <w:r>
        <w:rPr>
          <w:sz w:val="24"/>
          <w:lang w:val="pl-PL"/>
        </w:rPr>
        <w:t>- głosowanie / głoskowanie+sylabizowanie / głoskowanie+sylabizowanie+całe wyrazy / sylabizowanie / całe wyrazy</w:t>
      </w:r>
    </w:p>
    <w:p w14:paraId="09D9076A" w14:textId="6E0F9C00" w:rsidR="00476C64" w:rsidRDefault="005B1A8B">
      <w:pPr>
        <w:keepLines/>
        <w:tabs>
          <w:tab w:val="right" w:leader="dot" w:pos="9496"/>
        </w:tabs>
        <w:spacing w:line="320" w:lineRule="exact"/>
        <w:ind w:left="369"/>
        <w:rPr>
          <w:sz w:val="24"/>
          <w:lang w:val="pl-PL"/>
        </w:rPr>
      </w:pPr>
      <w:r>
        <w:rPr>
          <w:sz w:val="24"/>
          <w:lang w:val="pl-PL"/>
        </w:rPr>
        <w:t>- inne uwagi (np. tempo):</w:t>
      </w:r>
    </w:p>
    <w:p w14:paraId="642E1955" w14:textId="2EBCF559" w:rsidR="00F87B19" w:rsidRPr="00F82A7E" w:rsidRDefault="00476C64" w:rsidP="00476C64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t> </w:t>
      </w:r>
    </w:p>
    <w:p w14:paraId="578ECC9C" w14:textId="77777777" w:rsidR="00F87B19" w:rsidRPr="00F82A7E" w:rsidRDefault="005B1A8B">
      <w:pPr>
        <w:keepNext/>
        <w:spacing w:before="200" w:after="100"/>
        <w:rPr>
          <w:lang w:val="pl-PL"/>
        </w:rPr>
      </w:pPr>
      <w:r>
        <w:rPr>
          <w:b/>
          <w:sz w:val="24"/>
          <w:lang w:val="pl-PL"/>
        </w:rPr>
        <w:t>4.   Rozumienie samodzielnie przeczytanego tekstu</w:t>
      </w:r>
      <w:r>
        <w:rPr>
          <w:sz w:val="22"/>
          <w:lang w:val="pl-PL"/>
        </w:rPr>
        <w:t xml:space="preserve"> (właściwe zaznaczyć):</w:t>
      </w:r>
    </w:p>
    <w:p w14:paraId="1C4C6ABE" w14:textId="77777777" w:rsidR="00F87B19" w:rsidRPr="00F82A7E" w:rsidRDefault="005B1A8B">
      <w:pPr>
        <w:keepLines/>
        <w:spacing w:line="300" w:lineRule="auto"/>
        <w:ind w:left="369"/>
        <w:rPr>
          <w:lang w:val="pl-PL"/>
        </w:rPr>
      </w:pPr>
      <w:r>
        <w:rPr>
          <w:sz w:val="24"/>
          <w:lang w:val="pl-PL"/>
        </w:rPr>
        <w:t>- zapamiętuje istotny sens wraz ze szczegółami / zapamiętuje tylko niektóre elementy treści / nie rozumie tekstu</w:t>
      </w:r>
    </w:p>
    <w:p w14:paraId="0EC30557" w14:textId="50EE601E" w:rsidR="00476C64" w:rsidRDefault="005B1A8B" w:rsidP="00476C64">
      <w:pPr>
        <w:keepLines/>
        <w:tabs>
          <w:tab w:val="right" w:leader="dot" w:pos="9496"/>
        </w:tabs>
        <w:spacing w:line="320" w:lineRule="exact"/>
        <w:ind w:left="369"/>
        <w:rPr>
          <w:sz w:val="24"/>
          <w:lang w:val="pl-PL"/>
        </w:rPr>
      </w:pPr>
      <w:r>
        <w:rPr>
          <w:sz w:val="24"/>
          <w:lang w:val="pl-PL"/>
        </w:rPr>
        <w:t>- inne uwagi:</w:t>
      </w:r>
    </w:p>
    <w:p w14:paraId="6AB09D5D" w14:textId="77777777" w:rsidR="00476C64" w:rsidRPr="00F82A7E" w:rsidRDefault="00476C64" w:rsidP="00476C64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t> </w:t>
      </w:r>
    </w:p>
    <w:p w14:paraId="52A3DF35" w14:textId="77777777" w:rsidR="00F87B19" w:rsidRPr="00F82A7E" w:rsidRDefault="005B1A8B">
      <w:pPr>
        <w:keepNext/>
        <w:spacing w:before="200" w:after="100"/>
        <w:rPr>
          <w:lang w:val="pl-PL"/>
        </w:rPr>
      </w:pPr>
      <w:r>
        <w:rPr>
          <w:b/>
          <w:sz w:val="24"/>
          <w:lang w:val="pl-PL"/>
        </w:rPr>
        <w:t>5.   Umiejętność pisania</w:t>
      </w:r>
      <w:r>
        <w:rPr>
          <w:sz w:val="22"/>
          <w:lang w:val="pl-PL"/>
        </w:rPr>
        <w:t xml:space="preserve"> (opisać, podać rodzaj popełnianych błędów):</w:t>
      </w:r>
    </w:p>
    <w:p w14:paraId="2BF417CF" w14:textId="057E1DEB" w:rsidR="00476C64" w:rsidRDefault="005B1A8B" w:rsidP="00476C64">
      <w:pPr>
        <w:keepLines/>
        <w:tabs>
          <w:tab w:val="right" w:leader="dot" w:pos="9496"/>
        </w:tabs>
        <w:spacing w:line="320" w:lineRule="exact"/>
        <w:ind w:left="369"/>
        <w:rPr>
          <w:sz w:val="24"/>
          <w:lang w:val="pl-PL"/>
        </w:rPr>
      </w:pPr>
      <w:r>
        <w:rPr>
          <w:sz w:val="24"/>
          <w:lang w:val="pl-PL"/>
        </w:rPr>
        <w:t xml:space="preserve">- przepisywanie: </w:t>
      </w:r>
    </w:p>
    <w:p w14:paraId="4E421C71" w14:textId="77777777" w:rsidR="00476C64" w:rsidRPr="00F82A7E" w:rsidRDefault="00476C64" w:rsidP="00476C64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t> </w:t>
      </w:r>
    </w:p>
    <w:p w14:paraId="0318359B" w14:textId="729A5883" w:rsidR="00476C64" w:rsidRDefault="005B1A8B" w:rsidP="00476C64">
      <w:pPr>
        <w:keepLines/>
        <w:tabs>
          <w:tab w:val="right" w:leader="dot" w:pos="9496"/>
        </w:tabs>
        <w:spacing w:line="320" w:lineRule="exact"/>
        <w:ind w:left="369"/>
        <w:rPr>
          <w:sz w:val="24"/>
          <w:lang w:val="pl-PL"/>
        </w:rPr>
      </w:pPr>
      <w:r>
        <w:rPr>
          <w:sz w:val="24"/>
          <w:lang w:val="pl-PL"/>
        </w:rPr>
        <w:t xml:space="preserve">- pisanie z pamięci: </w:t>
      </w:r>
    </w:p>
    <w:p w14:paraId="52CD2292" w14:textId="77777777" w:rsidR="00476C64" w:rsidRPr="00F82A7E" w:rsidRDefault="00476C64" w:rsidP="00476C64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t> </w:t>
      </w:r>
    </w:p>
    <w:p w14:paraId="264294C6" w14:textId="3BA8DF10" w:rsidR="00476C64" w:rsidRDefault="00476C64" w:rsidP="00476C64">
      <w:pPr>
        <w:keepLines/>
        <w:tabs>
          <w:tab w:val="right" w:leader="dot" w:pos="9496"/>
        </w:tabs>
        <w:spacing w:line="320" w:lineRule="exact"/>
        <w:ind w:left="369"/>
        <w:rPr>
          <w:sz w:val="24"/>
          <w:lang w:val="pl-PL"/>
        </w:rPr>
      </w:pPr>
      <w:r>
        <w:rPr>
          <w:sz w:val="24"/>
          <w:lang w:val="pl-PL"/>
        </w:rPr>
        <w:t>- pisanie ze słuchu:</w:t>
      </w:r>
    </w:p>
    <w:p w14:paraId="63523B15" w14:textId="77777777" w:rsidR="00476C64" w:rsidRPr="00F82A7E" w:rsidRDefault="00476C64" w:rsidP="00476C64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t> </w:t>
      </w:r>
    </w:p>
    <w:p w14:paraId="68281175" w14:textId="50A9315D" w:rsidR="00476C64" w:rsidRDefault="00476C64" w:rsidP="00476C64">
      <w:pPr>
        <w:keepLines/>
        <w:tabs>
          <w:tab w:val="right" w:leader="dot" w:pos="9496"/>
        </w:tabs>
        <w:spacing w:line="320" w:lineRule="exact"/>
        <w:ind w:left="369"/>
        <w:rPr>
          <w:sz w:val="24"/>
          <w:lang w:val="pl-PL"/>
        </w:rPr>
      </w:pPr>
      <w:r>
        <w:rPr>
          <w:sz w:val="24"/>
          <w:lang w:val="pl-PL"/>
        </w:rPr>
        <w:t>- pisanie z pamięci:</w:t>
      </w:r>
    </w:p>
    <w:p w14:paraId="6432A91E" w14:textId="77777777" w:rsidR="00476C64" w:rsidRPr="00F82A7E" w:rsidRDefault="00476C64" w:rsidP="00476C64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t> </w:t>
      </w:r>
    </w:p>
    <w:p w14:paraId="18AE2D8F" w14:textId="6F8C4035" w:rsidR="00476C64" w:rsidRDefault="00476C64" w:rsidP="00476C64">
      <w:pPr>
        <w:keepLines/>
        <w:tabs>
          <w:tab w:val="right" w:leader="dot" w:pos="9496"/>
        </w:tabs>
        <w:spacing w:line="320" w:lineRule="exact"/>
        <w:ind w:left="369"/>
        <w:rPr>
          <w:sz w:val="24"/>
          <w:lang w:val="pl-PL"/>
        </w:rPr>
      </w:pPr>
      <w:r>
        <w:rPr>
          <w:sz w:val="24"/>
          <w:lang w:val="pl-PL"/>
        </w:rPr>
        <w:t xml:space="preserve">- prowadzenie notatek lekcyjnych: </w:t>
      </w:r>
    </w:p>
    <w:p w14:paraId="6D167AF2" w14:textId="77777777" w:rsidR="00476C64" w:rsidRPr="00F82A7E" w:rsidRDefault="00476C64" w:rsidP="00476C64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t> </w:t>
      </w:r>
    </w:p>
    <w:p w14:paraId="13BC6A2A" w14:textId="68FDC3B6" w:rsidR="00476C64" w:rsidRDefault="005B1A8B" w:rsidP="00476C64">
      <w:pPr>
        <w:keepLines/>
        <w:tabs>
          <w:tab w:val="right" w:leader="dot" w:pos="9496"/>
        </w:tabs>
        <w:spacing w:line="320" w:lineRule="exact"/>
        <w:ind w:left="369"/>
        <w:rPr>
          <w:sz w:val="24"/>
          <w:lang w:val="pl-PL"/>
        </w:rPr>
      </w:pPr>
      <w:r>
        <w:rPr>
          <w:sz w:val="24"/>
          <w:lang w:val="pl-PL"/>
        </w:rPr>
        <w:t xml:space="preserve">- pisanie samodzielnej pracy tekstowej: </w:t>
      </w:r>
    </w:p>
    <w:p w14:paraId="3E417C77" w14:textId="77777777" w:rsidR="00476C64" w:rsidRPr="00F82A7E" w:rsidRDefault="00476C64" w:rsidP="00476C64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t> </w:t>
      </w:r>
    </w:p>
    <w:p w14:paraId="3CA8789D" w14:textId="77777777" w:rsidR="00F87B19" w:rsidRPr="00F82A7E" w:rsidRDefault="005B1A8B">
      <w:pPr>
        <w:keepNext/>
        <w:spacing w:before="200" w:after="100"/>
        <w:rPr>
          <w:lang w:val="pl-PL"/>
        </w:rPr>
      </w:pPr>
      <w:r>
        <w:rPr>
          <w:b/>
          <w:sz w:val="24"/>
          <w:lang w:val="pl-PL"/>
        </w:rPr>
        <w:lastRenderedPageBreak/>
        <w:t>6.   Technika pisania</w:t>
      </w:r>
      <w:r>
        <w:rPr>
          <w:sz w:val="22"/>
          <w:lang w:val="pl-PL"/>
        </w:rPr>
        <w:t xml:space="preserve"> (właściwe zaznaczyć):</w:t>
      </w:r>
    </w:p>
    <w:p w14:paraId="2627F488" w14:textId="77777777" w:rsidR="00F87B19" w:rsidRPr="00F82A7E" w:rsidRDefault="005B1A8B">
      <w:pPr>
        <w:keepLines/>
        <w:spacing w:line="300" w:lineRule="auto"/>
        <w:ind w:left="369"/>
        <w:rPr>
          <w:lang w:val="pl-PL"/>
        </w:rPr>
      </w:pPr>
      <w:r>
        <w:rPr>
          <w:sz w:val="24"/>
          <w:lang w:val="pl-PL"/>
        </w:rPr>
        <w:t>- kłopoty z pisaniem niektórych liter / pisanie lewą ręką / wolne tempo pisania / pośpiech / brak dbałości / niski poziom grafiki pomimo starania dziecka / niekształtne pismo / litery różnej wielkości / pismo mało czytelne / trudności z utrzymaniem się w liniaturze</w:t>
      </w:r>
    </w:p>
    <w:p w14:paraId="4EA45D15" w14:textId="7DB860D3" w:rsidR="00476C64" w:rsidRDefault="005B1A8B" w:rsidP="00476C64">
      <w:pPr>
        <w:keepLines/>
        <w:tabs>
          <w:tab w:val="right" w:leader="dot" w:pos="9496"/>
        </w:tabs>
        <w:spacing w:line="320" w:lineRule="exact"/>
        <w:ind w:left="369"/>
        <w:rPr>
          <w:sz w:val="24"/>
          <w:lang w:val="pl-PL"/>
        </w:rPr>
      </w:pPr>
      <w:r>
        <w:rPr>
          <w:sz w:val="24"/>
          <w:lang w:val="pl-PL"/>
        </w:rPr>
        <w:t>- inne uwagi:</w:t>
      </w:r>
    </w:p>
    <w:p w14:paraId="1293C1CD" w14:textId="77777777" w:rsidR="00476C64" w:rsidRPr="00F82A7E" w:rsidRDefault="00476C64" w:rsidP="00476C64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t> </w:t>
      </w:r>
    </w:p>
    <w:p w14:paraId="61205717" w14:textId="77777777" w:rsidR="00F87B19" w:rsidRPr="00F82A7E" w:rsidRDefault="005B1A8B">
      <w:pPr>
        <w:keepNext/>
        <w:spacing w:before="200" w:after="100"/>
        <w:rPr>
          <w:lang w:val="pl-PL"/>
        </w:rPr>
      </w:pPr>
      <w:r>
        <w:rPr>
          <w:b/>
          <w:sz w:val="24"/>
          <w:lang w:val="pl-PL"/>
        </w:rPr>
        <w:t>7.   Umiejętność konstruowania wypowiedzi ustnej</w:t>
      </w:r>
      <w:r>
        <w:rPr>
          <w:sz w:val="22"/>
          <w:lang w:val="pl-PL"/>
        </w:rPr>
        <w:t xml:space="preserve"> (właściwe zaznaczyć):</w:t>
      </w:r>
    </w:p>
    <w:p w14:paraId="30B9EC37" w14:textId="77777777" w:rsidR="00F87B19" w:rsidRPr="00F82A7E" w:rsidRDefault="005B1A8B">
      <w:pPr>
        <w:keepLines/>
        <w:spacing w:line="300" w:lineRule="auto"/>
        <w:ind w:left="369"/>
        <w:rPr>
          <w:lang w:val="pl-PL"/>
        </w:rPr>
      </w:pPr>
      <w:r>
        <w:rPr>
          <w:sz w:val="24"/>
          <w:lang w:val="pl-PL"/>
        </w:rPr>
        <w:t>Uczeń/uczennica wypowiada się pojedynczymi wyrazami i zdaniami / prostymi zdaniami / wypowiedź jest rozbudowana / wypowiada się chętnie / wypowiada się niechętnie, potrzebuje zachęty i pomocy w formułowaniu odpowiedzi / stresuje go-ją sytuacja wypowiadania się na forum klasy</w:t>
      </w:r>
    </w:p>
    <w:p w14:paraId="3A58B129" w14:textId="77777777" w:rsidR="00476C64" w:rsidRDefault="00476C64" w:rsidP="00476C64">
      <w:pPr>
        <w:keepLines/>
        <w:tabs>
          <w:tab w:val="right" w:leader="dot" w:pos="9496"/>
        </w:tabs>
        <w:spacing w:line="320" w:lineRule="exact"/>
        <w:ind w:left="369"/>
        <w:rPr>
          <w:sz w:val="24"/>
          <w:lang w:val="pl-PL"/>
        </w:rPr>
      </w:pPr>
      <w:r>
        <w:rPr>
          <w:sz w:val="24"/>
          <w:lang w:val="pl-PL"/>
        </w:rPr>
        <w:t>- inne uwagi:</w:t>
      </w:r>
    </w:p>
    <w:p w14:paraId="779151E0" w14:textId="77777777" w:rsidR="00476C64" w:rsidRPr="00F82A7E" w:rsidRDefault="00476C64" w:rsidP="00476C64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t> </w:t>
      </w:r>
    </w:p>
    <w:p w14:paraId="2C36B3CF" w14:textId="77777777" w:rsidR="00F87B19" w:rsidRPr="00F82A7E" w:rsidRDefault="005B1A8B">
      <w:pPr>
        <w:keepNext/>
        <w:spacing w:before="200" w:after="100"/>
        <w:rPr>
          <w:lang w:val="pl-PL"/>
        </w:rPr>
      </w:pPr>
      <w:r>
        <w:rPr>
          <w:b/>
          <w:sz w:val="24"/>
          <w:lang w:val="pl-PL"/>
        </w:rPr>
        <w:t>8.   Wymowa</w:t>
      </w:r>
      <w:r>
        <w:rPr>
          <w:sz w:val="22"/>
          <w:lang w:val="pl-PL"/>
        </w:rPr>
        <w:t xml:space="preserve"> (właściwe zaznaczyć):</w:t>
      </w:r>
    </w:p>
    <w:p w14:paraId="7BA4BA84" w14:textId="72863569" w:rsidR="00476C64" w:rsidRDefault="005B1A8B" w:rsidP="00476C64">
      <w:pPr>
        <w:keepLines/>
        <w:tabs>
          <w:tab w:val="right" w:leader="dot" w:pos="9496"/>
        </w:tabs>
        <w:spacing w:line="320" w:lineRule="exact"/>
        <w:ind w:left="369"/>
        <w:rPr>
          <w:sz w:val="24"/>
          <w:lang w:val="pl-PL"/>
        </w:rPr>
      </w:pPr>
      <w:r>
        <w:rPr>
          <w:sz w:val="24"/>
          <w:lang w:val="pl-PL"/>
        </w:rPr>
        <w:t>- prawidłowa / budzi zastrzeżenia (jakie?):</w:t>
      </w:r>
    </w:p>
    <w:p w14:paraId="799446E5" w14:textId="77777777" w:rsidR="00476C64" w:rsidRPr="00F82A7E" w:rsidRDefault="00476C64" w:rsidP="00476C64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t> </w:t>
      </w:r>
    </w:p>
    <w:p w14:paraId="1F778A3E" w14:textId="77777777" w:rsidR="00F87B19" w:rsidRDefault="005B1A8B">
      <w:pPr>
        <w:keepNext/>
        <w:spacing w:before="200" w:after="100"/>
        <w:rPr>
          <w:sz w:val="22"/>
          <w:lang w:val="pl-PL"/>
        </w:rPr>
      </w:pPr>
      <w:r>
        <w:rPr>
          <w:b/>
          <w:sz w:val="24"/>
          <w:lang w:val="pl-PL"/>
        </w:rPr>
        <w:t>9.   Koncentracja, pamięć, uwaga</w:t>
      </w:r>
      <w:r>
        <w:rPr>
          <w:sz w:val="22"/>
          <w:lang w:val="pl-PL"/>
        </w:rPr>
        <w:t xml:space="preserve"> (opisać):</w:t>
      </w:r>
    </w:p>
    <w:p w14:paraId="37B5FFCA" w14:textId="77777777" w:rsidR="00476C64" w:rsidRPr="00F82A7E" w:rsidRDefault="00476C64" w:rsidP="00476C64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t> </w:t>
      </w:r>
    </w:p>
    <w:p w14:paraId="3CB97F53" w14:textId="77777777" w:rsidR="00F87B19" w:rsidRPr="00F82A7E" w:rsidRDefault="005B1A8B">
      <w:pPr>
        <w:keepNext/>
        <w:spacing w:before="200" w:after="100"/>
        <w:rPr>
          <w:lang w:val="pl-PL"/>
        </w:rPr>
      </w:pPr>
      <w:r>
        <w:rPr>
          <w:b/>
          <w:sz w:val="24"/>
          <w:lang w:val="pl-PL"/>
        </w:rPr>
        <w:t>10.   Sposób liczenia</w:t>
      </w:r>
      <w:r>
        <w:rPr>
          <w:sz w:val="22"/>
          <w:lang w:val="pl-PL"/>
        </w:rPr>
        <w:t xml:space="preserve"> (właściwe wybrać i zaznaczyć):</w:t>
      </w:r>
    </w:p>
    <w:p w14:paraId="33566BF2" w14:textId="77777777" w:rsidR="00F87B19" w:rsidRPr="00F82A7E" w:rsidRDefault="005B1A8B">
      <w:pPr>
        <w:keepLines/>
        <w:spacing w:line="300" w:lineRule="auto"/>
        <w:ind w:left="369"/>
        <w:rPr>
          <w:lang w:val="pl-PL"/>
        </w:rPr>
      </w:pPr>
      <w:r>
        <w:rPr>
          <w:sz w:val="24"/>
          <w:lang w:val="pl-PL"/>
        </w:rPr>
        <w:t>- na konkretach / w pamięci / rozwiązuje samodzielnie zadania tekstowe / ma problemy z rozwiązywaniem samodzielnie zadań tekstowych / problemy z rozpisywaniem działań / analizowaniem treści zadań i wyciąganiem danych / myli się w trakcie zapisywania obliczeń / preferuje zadania typu „oblicz” / myli znaki +, –, =, +, itd.</w:t>
      </w:r>
    </w:p>
    <w:p w14:paraId="38AAC29C" w14:textId="359A160A" w:rsidR="00476C64" w:rsidRDefault="005B1A8B" w:rsidP="00476C64">
      <w:pPr>
        <w:keepLines/>
        <w:tabs>
          <w:tab w:val="right" w:leader="dot" w:pos="9496"/>
        </w:tabs>
        <w:spacing w:line="320" w:lineRule="exact"/>
        <w:ind w:left="369"/>
        <w:rPr>
          <w:sz w:val="24"/>
          <w:lang w:val="pl-PL"/>
        </w:rPr>
      </w:pPr>
      <w:r>
        <w:rPr>
          <w:sz w:val="24"/>
          <w:lang w:val="pl-PL"/>
        </w:rPr>
        <w:t xml:space="preserve">- inne trudności w zakresie liczenia: </w:t>
      </w:r>
    </w:p>
    <w:p w14:paraId="09F8AA06" w14:textId="77777777" w:rsidR="00476C64" w:rsidRPr="00F82A7E" w:rsidRDefault="00476C64" w:rsidP="00476C64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t> </w:t>
      </w:r>
    </w:p>
    <w:p w14:paraId="32CFDBD6" w14:textId="734C3DC5" w:rsidR="00F87B19" w:rsidRPr="00F82A7E" w:rsidRDefault="00F87B19">
      <w:pPr>
        <w:keepLines/>
        <w:tabs>
          <w:tab w:val="right" w:leader="dot" w:pos="9496"/>
        </w:tabs>
        <w:spacing w:line="320" w:lineRule="exact"/>
        <w:ind w:left="369"/>
        <w:rPr>
          <w:lang w:val="pl-PL"/>
        </w:rPr>
      </w:pPr>
    </w:p>
    <w:p w14:paraId="61B1B4E6" w14:textId="5740549F" w:rsidR="00F87B19" w:rsidRDefault="005B1A8B" w:rsidP="00584E8A">
      <w:pPr>
        <w:pStyle w:val="Nagwek2"/>
        <w:spacing w:before="180"/>
        <w:jc w:val="both"/>
        <w:rPr>
          <w:b w:val="0"/>
          <w:bCs w:val="0"/>
          <w:i/>
          <w:iCs/>
          <w:lang w:val="pl-PL"/>
        </w:rPr>
      </w:pPr>
      <w:r>
        <w:rPr>
          <w:lang w:val="pl-PL"/>
        </w:rPr>
        <w:t>Dodatkowe obserwacje matematyczne</w:t>
      </w:r>
      <w:r>
        <w:rPr>
          <w:b w:val="0"/>
          <w:bCs w:val="0"/>
          <w:i/>
          <w:iCs/>
          <w:lang w:val="pl-PL"/>
        </w:rPr>
        <w:t xml:space="preserve"> (Jeżeli występują trudności, proszę opisać także rozumienie liczby i wartości pozycyjnej cyfr, porównywanie wielkości, zapamiętywanie działań, ułamki, miary lub geometrię — stosownie do klasy. Proszę podać przykład błędu oraz to, co uczeń potrafi wykonać samodzielnie</w:t>
      </w:r>
      <w:r w:rsidR="00584E8A">
        <w:rPr>
          <w:b w:val="0"/>
          <w:bCs w:val="0"/>
          <w:i/>
          <w:iCs/>
          <w:lang w:val="pl-PL"/>
        </w:rPr>
        <w:t xml:space="preserve"> oraz </w:t>
      </w:r>
      <w:r>
        <w:rPr>
          <w:b w:val="0"/>
          <w:bCs w:val="0"/>
          <w:i/>
          <w:iCs/>
          <w:lang w:val="pl-PL"/>
        </w:rPr>
        <w:t>z</w:t>
      </w:r>
      <w:r w:rsidR="00584E8A">
        <w:rPr>
          <w:b w:val="0"/>
          <w:bCs w:val="0"/>
          <w:i/>
          <w:iCs/>
          <w:lang w:val="pl-PL"/>
        </w:rPr>
        <w:t> </w:t>
      </w:r>
      <w:r>
        <w:rPr>
          <w:b w:val="0"/>
          <w:bCs w:val="0"/>
          <w:i/>
          <w:iCs/>
          <w:lang w:val="pl-PL"/>
        </w:rPr>
        <w:t>pomocą.)</w:t>
      </w:r>
    </w:p>
    <w:p w14:paraId="622FDCE7" w14:textId="77777777" w:rsidR="00476C64" w:rsidRPr="00F82A7E" w:rsidRDefault="00476C64" w:rsidP="00476C64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t> </w:t>
      </w:r>
    </w:p>
    <w:p w14:paraId="3C147536" w14:textId="1DDE68DC" w:rsidR="00F87B19" w:rsidRPr="00584E8A" w:rsidRDefault="00476C64">
      <w:pPr>
        <w:pStyle w:val="Nagwek1"/>
        <w:pageBreakBefore/>
        <w:spacing w:before="0"/>
        <w:rPr>
          <w:color w:val="C00000"/>
          <w:lang w:val="pl-PL"/>
        </w:rPr>
      </w:pPr>
      <w:r w:rsidRPr="00584E8A">
        <w:rPr>
          <w:color w:val="C00000"/>
          <w:lang w:val="pl-PL"/>
        </w:rPr>
        <w:lastRenderedPageBreak/>
        <w:t>Część III. Funkcjonowanie emocjonalne i społeczne</w:t>
      </w:r>
    </w:p>
    <w:p w14:paraId="51D53BA5" w14:textId="050719A2" w:rsidR="00F87B19" w:rsidRPr="00F82A7E" w:rsidRDefault="005B1A8B" w:rsidP="00584E8A">
      <w:pPr>
        <w:pStyle w:val="Prompt"/>
        <w:jc w:val="both"/>
        <w:rPr>
          <w:lang w:val="pl-PL"/>
        </w:rPr>
      </w:pPr>
      <w:r>
        <w:rPr>
          <w:lang w:val="pl-PL"/>
        </w:rPr>
        <w:t xml:space="preserve">Relacje z rówieśnikami i udział w życiu klasy </w:t>
      </w:r>
      <w:r>
        <w:rPr>
          <w:b w:val="0"/>
          <w:bCs/>
          <w:i/>
          <w:iCs/>
          <w:lang w:val="pl-PL"/>
        </w:rPr>
        <w:t>(Jak nawiązuje kontakty, współpracuje i rozwiązuje konflikty? Czy ma bliskie osoby? Woli grupę czy kontakt indywidualny, z rówieśnikami w jakim wieku? Czy obserwuje się izolację, odrzucenie lub przemoc?)</w:t>
      </w:r>
    </w:p>
    <w:p w14:paraId="7C5E0746" w14:textId="2AFD0EF0" w:rsidR="00F87B19" w:rsidRPr="00F82A7E" w:rsidRDefault="005B1A8B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br/>
        <w:t> </w:t>
      </w:r>
    </w:p>
    <w:p w14:paraId="376B3559" w14:textId="68511C64" w:rsidR="00F87B19" w:rsidRPr="00F82A7E" w:rsidRDefault="005B1A8B" w:rsidP="00584E8A">
      <w:pPr>
        <w:pStyle w:val="Prompt"/>
        <w:jc w:val="both"/>
        <w:rPr>
          <w:lang w:val="pl-PL"/>
        </w:rPr>
      </w:pPr>
      <w:r>
        <w:rPr>
          <w:lang w:val="pl-PL"/>
        </w:rPr>
        <w:t xml:space="preserve">Relacje z nauczycielami i innymi dorosłymi </w:t>
      </w:r>
      <w:r>
        <w:rPr>
          <w:b w:val="0"/>
          <w:bCs/>
          <w:i/>
          <w:iCs/>
          <w:lang w:val="pl-PL"/>
        </w:rPr>
        <w:t>(Jak prosi o pomoc, przyjmuje wskazówki i reaguje na granice? Z kim i w jakich warunkach współpracuje najłatwiej?)</w:t>
      </w:r>
    </w:p>
    <w:p w14:paraId="26EA55AD" w14:textId="77777777" w:rsidR="00F87B19" w:rsidRPr="00F82A7E" w:rsidRDefault="005B1A8B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br/>
        <w:t> </w:t>
      </w:r>
    </w:p>
    <w:p w14:paraId="2E57168C" w14:textId="7F0AA190" w:rsidR="00F87B19" w:rsidRPr="00F82A7E" w:rsidRDefault="005B1A8B" w:rsidP="00584E8A">
      <w:pPr>
        <w:pStyle w:val="Prompt"/>
        <w:jc w:val="both"/>
        <w:rPr>
          <w:lang w:val="pl-PL"/>
        </w:rPr>
      </w:pPr>
      <w:r>
        <w:rPr>
          <w:lang w:val="pl-PL"/>
        </w:rPr>
        <w:t xml:space="preserve">Emocje i radzenie sobie z trudnością </w:t>
      </w:r>
      <w:r>
        <w:rPr>
          <w:b w:val="0"/>
          <w:bCs/>
          <w:i/>
          <w:iCs/>
          <w:lang w:val="pl-PL"/>
        </w:rPr>
        <w:t>(Jak reaguje na błąd, ocenę, niepowodzenie, zmianę lub konflikt? Czy pojawia się lęk, smutek, wycofanie lub złość? Co nasila reakcje, jak długo trwają i co pomaga wrócić do równowagi oraz podjąć zadanie?)</w:t>
      </w:r>
    </w:p>
    <w:p w14:paraId="5E08D70B" w14:textId="77777777" w:rsidR="00F87B19" w:rsidRPr="00F82A7E" w:rsidRDefault="005B1A8B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br/>
      </w:r>
      <w:r>
        <w:rPr>
          <w:lang w:val="pl-PL"/>
        </w:rPr>
        <w:br/>
        <w:t> </w:t>
      </w:r>
    </w:p>
    <w:p w14:paraId="5CD12013" w14:textId="42DC25E9" w:rsidR="00F87B19" w:rsidRPr="00F82A7E" w:rsidRDefault="005B1A8B" w:rsidP="00584E8A">
      <w:pPr>
        <w:pStyle w:val="Prompt"/>
        <w:jc w:val="both"/>
        <w:rPr>
          <w:lang w:val="pl-PL"/>
        </w:rPr>
      </w:pPr>
      <w:r>
        <w:rPr>
          <w:lang w:val="pl-PL"/>
        </w:rPr>
        <w:t xml:space="preserve">Motywacja do nauki i stosunek do szkoły </w:t>
      </w:r>
      <w:r>
        <w:rPr>
          <w:b w:val="0"/>
          <w:bCs/>
          <w:i/>
          <w:iCs/>
          <w:lang w:val="pl-PL"/>
        </w:rPr>
        <w:t>(Jak przygotowuje się do zajęć i wywiązuje z obowiązków? Kiedy podejmuje wysiłek, a kiedy unika zadań? Co go zachęca? Czy występuje niechęć do przychodzenia do szkoły – jeżeli tak, to w jakich sytuacjach?)</w:t>
      </w:r>
    </w:p>
    <w:p w14:paraId="5DC85CDB" w14:textId="77777777" w:rsidR="00F87B19" w:rsidRPr="00F82A7E" w:rsidRDefault="005B1A8B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br/>
      </w:r>
      <w:r>
        <w:rPr>
          <w:lang w:val="pl-PL"/>
        </w:rPr>
        <w:br/>
        <w:t> </w:t>
      </w:r>
    </w:p>
    <w:p w14:paraId="7617A14A" w14:textId="0517F089" w:rsidR="00F87B19" w:rsidRPr="00F82A7E" w:rsidRDefault="005B1A8B" w:rsidP="00584E8A">
      <w:pPr>
        <w:pStyle w:val="Prompt"/>
        <w:jc w:val="both"/>
        <w:rPr>
          <w:lang w:val="pl-PL"/>
        </w:rPr>
      </w:pPr>
      <w:r>
        <w:rPr>
          <w:lang w:val="pl-PL"/>
        </w:rPr>
        <w:t xml:space="preserve">Perspektywa ucznia </w:t>
      </w:r>
      <w:r>
        <w:rPr>
          <w:b w:val="0"/>
          <w:bCs/>
          <w:i/>
          <w:iCs/>
          <w:lang w:val="pl-PL"/>
        </w:rPr>
        <w:t>(Co sam mówi o trudnościach, swoich możliwościach i potrzebnym wsparciu? Co</w:t>
      </w:r>
      <w:r w:rsidR="00584E8A">
        <w:rPr>
          <w:b w:val="0"/>
          <w:bCs/>
          <w:i/>
          <w:iCs/>
          <w:lang w:val="pl-PL"/>
        </w:rPr>
        <w:t> </w:t>
      </w:r>
      <w:r>
        <w:rPr>
          <w:b w:val="0"/>
          <w:bCs/>
          <w:i/>
          <w:iCs/>
          <w:lang w:val="pl-PL"/>
        </w:rPr>
        <w:t>według niego pomaga?)</w:t>
      </w:r>
    </w:p>
    <w:p w14:paraId="039394B0" w14:textId="77777777" w:rsidR="00F87B19" w:rsidRPr="00F82A7E" w:rsidRDefault="005B1A8B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br/>
        <w:t> </w:t>
      </w:r>
    </w:p>
    <w:p w14:paraId="75A83F24" w14:textId="5AB4FF05" w:rsidR="00F87B19" w:rsidRPr="00F82A7E" w:rsidRDefault="005B1A8B" w:rsidP="00584E8A">
      <w:pPr>
        <w:pStyle w:val="Prompt"/>
        <w:jc w:val="both"/>
        <w:rPr>
          <w:lang w:val="pl-PL"/>
        </w:rPr>
      </w:pPr>
      <w:r>
        <w:rPr>
          <w:lang w:val="pl-PL"/>
        </w:rPr>
        <w:t xml:space="preserve">Współpraca z rodziną i wsparcie poza szkołą </w:t>
      </w:r>
      <w:r>
        <w:rPr>
          <w:b w:val="0"/>
          <w:bCs/>
          <w:i/>
          <w:iCs/>
          <w:lang w:val="pl-PL"/>
        </w:rPr>
        <w:t xml:space="preserve">(Jakie działania uzgodniono z rodzicami i co udało się zrealizować? Proszę podać dostępne informacje o relacjach rodzinnych lub nauce w domu </w:t>
      </w:r>
      <w:r>
        <w:rPr>
          <w:b w:val="0"/>
          <w:bCs/>
          <w:i/>
          <w:iCs/>
          <w:u w:val="single"/>
          <w:lang w:val="pl-PL"/>
        </w:rPr>
        <w:t>tylko</w:t>
      </w:r>
      <w:r>
        <w:rPr>
          <w:b w:val="0"/>
          <w:bCs/>
          <w:i/>
          <w:iCs/>
          <w:lang w:val="pl-PL"/>
        </w:rPr>
        <w:t xml:space="preserve"> gdy są istotne dla wsparcia, ze wskazaniem źródła, np. „według rodzica”.)</w:t>
      </w:r>
    </w:p>
    <w:p w14:paraId="528B3B8B" w14:textId="77777777" w:rsidR="00F87B19" w:rsidRPr="00F82A7E" w:rsidRDefault="005B1A8B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br/>
        <w:t> </w:t>
      </w:r>
    </w:p>
    <w:p w14:paraId="427819E3" w14:textId="389C4EEE" w:rsidR="00F87B19" w:rsidRPr="00584E8A" w:rsidRDefault="00476C64">
      <w:pPr>
        <w:pStyle w:val="Nagwek1"/>
        <w:pageBreakBefore/>
        <w:spacing w:before="0"/>
        <w:rPr>
          <w:color w:val="C00000"/>
          <w:lang w:val="pl-PL"/>
        </w:rPr>
      </w:pPr>
      <w:r w:rsidRPr="00584E8A">
        <w:rPr>
          <w:color w:val="C00000"/>
          <w:lang w:val="pl-PL"/>
        </w:rPr>
        <w:lastRenderedPageBreak/>
        <w:t>Część IV. Udzielona pomoc i jej skuteczność</w:t>
      </w:r>
    </w:p>
    <w:p w14:paraId="179C94F5" w14:textId="1E599EEB" w:rsidR="00F87B19" w:rsidRPr="00F82A7E" w:rsidRDefault="005B1A8B" w:rsidP="00584E8A">
      <w:pPr>
        <w:pStyle w:val="Prompt"/>
        <w:jc w:val="both"/>
        <w:rPr>
          <w:lang w:val="pl-PL"/>
        </w:rPr>
      </w:pPr>
      <w:r>
        <w:rPr>
          <w:lang w:val="pl-PL"/>
        </w:rPr>
        <w:t xml:space="preserve">Pomoc w codziennej pracy na lekcjach </w:t>
      </w:r>
      <w:r>
        <w:rPr>
          <w:b w:val="0"/>
          <w:bCs/>
          <w:i/>
          <w:iCs/>
          <w:lang w:val="pl-PL"/>
        </w:rPr>
        <w:t>(Proszę opisać zastosowane sposoby pracy i dostosowania, np.</w:t>
      </w:r>
      <w:r w:rsidR="00584E8A">
        <w:rPr>
          <w:b w:val="0"/>
          <w:bCs/>
          <w:i/>
          <w:iCs/>
          <w:lang w:val="pl-PL"/>
        </w:rPr>
        <w:t> </w:t>
      </w:r>
      <w:r>
        <w:rPr>
          <w:b w:val="0"/>
          <w:bCs/>
          <w:i/>
          <w:iCs/>
          <w:lang w:val="pl-PL"/>
        </w:rPr>
        <w:t>podział poleceń, dodatkowy czas, zmianę formy odpowiedzi, pomoce wizualne lub przerwy. Od kiedy je stosowano i jaka była reakcja ucznia?)</w:t>
      </w:r>
    </w:p>
    <w:p w14:paraId="6D0B28EF" w14:textId="5F6975ED" w:rsidR="00F87B19" w:rsidRPr="00F82A7E" w:rsidRDefault="005B1A8B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br/>
        <w:t> </w:t>
      </w:r>
    </w:p>
    <w:p w14:paraId="602E3FED" w14:textId="77777777" w:rsidR="00F87B19" w:rsidRPr="00584E8A" w:rsidRDefault="005B1A8B">
      <w:pPr>
        <w:pStyle w:val="Nagwek2"/>
        <w:rPr>
          <w:color w:val="365F91" w:themeColor="accent1" w:themeShade="BF"/>
          <w:lang w:val="pl-PL"/>
        </w:rPr>
      </w:pPr>
      <w:r w:rsidRPr="00584E8A">
        <w:rPr>
          <w:color w:val="365F91" w:themeColor="accent1" w:themeShade="BF"/>
          <w:lang w:val="pl-PL"/>
        </w:rPr>
        <w:t>Zajęcia i inne formy pomocy</w:t>
      </w:r>
    </w:p>
    <w:p w14:paraId="69573E89" w14:textId="77777777" w:rsidR="00F87B19" w:rsidRPr="00F82A7E" w:rsidRDefault="005B1A8B">
      <w:pPr>
        <w:rPr>
          <w:lang w:val="pl-PL"/>
        </w:rPr>
      </w:pPr>
      <w:r>
        <w:rPr>
          <w:lang w:val="pl-PL"/>
        </w:rPr>
        <w:t>☐</w:t>
      </w:r>
      <w:r>
        <w:rPr>
          <w:lang w:val="pl-PL"/>
        </w:rPr>
        <w:t xml:space="preserve"> udzielano lub nadal udziela się pomocy    ☐ dotąd nie udzielano    ☐ brak danych</w:t>
      </w:r>
    </w:p>
    <w:p w14:paraId="53070CFF" w14:textId="4A0B3005" w:rsidR="00F87B19" w:rsidRPr="00584E8A" w:rsidRDefault="00584E8A">
      <w:pPr>
        <w:pStyle w:val="Hint"/>
        <w:rPr>
          <w:i/>
          <w:iCs/>
          <w:lang w:val="pl-PL"/>
        </w:rPr>
      </w:pPr>
      <w:r w:rsidRPr="00584E8A">
        <w:rPr>
          <w:i/>
          <w:iCs/>
          <w:lang w:val="pl-PL"/>
        </w:rPr>
        <w:t>(Jeśli nie udzielano pomocy lub nie rozpoczęto zaplanowanego wsparcia, proszę podać przyczynę):</w:t>
      </w:r>
    </w:p>
    <w:p w14:paraId="508A7CCF" w14:textId="77777777" w:rsidR="00F87B19" w:rsidRPr="00F82A7E" w:rsidRDefault="005B1A8B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t> </w:t>
      </w:r>
    </w:p>
    <w:p w14:paraId="6BE2F9CC" w14:textId="2667D818" w:rsidR="00F87B19" w:rsidRPr="00584E8A" w:rsidRDefault="00584E8A" w:rsidP="00584E8A">
      <w:pPr>
        <w:pStyle w:val="Hint"/>
        <w:spacing w:before="140" w:after="120"/>
        <w:jc w:val="both"/>
        <w:rPr>
          <w:i/>
          <w:iCs/>
          <w:sz w:val="16"/>
          <w:szCs w:val="18"/>
          <w:lang w:val="pl-PL"/>
        </w:rPr>
      </w:pPr>
      <w:r w:rsidRPr="00584E8A">
        <w:rPr>
          <w:i/>
          <w:iCs/>
          <w:sz w:val="16"/>
          <w:szCs w:val="18"/>
          <w:lang w:val="pl-PL"/>
        </w:rPr>
        <w:t xml:space="preserve">Proszę wpisać </w:t>
      </w:r>
      <w:r w:rsidRPr="00584E8A">
        <w:rPr>
          <w:i/>
          <w:iCs/>
          <w:sz w:val="16"/>
          <w:szCs w:val="18"/>
          <w:u w:val="single"/>
          <w:lang w:val="pl-PL"/>
        </w:rPr>
        <w:t>tylko realizowane formy</w:t>
      </w:r>
      <w:r w:rsidRPr="00584E8A">
        <w:rPr>
          <w:i/>
          <w:iCs/>
          <w:sz w:val="16"/>
          <w:szCs w:val="18"/>
          <w:lang w:val="pl-PL"/>
        </w:rPr>
        <w:t>, np. zajęcia korekcyjno-kompensacyjne, dydaktyczno-wyrównawcze, rozwijające umiejętności uczenia się, kompetencje emocjonalno-społeczne lub uzdolnienia, zajęcia logopedyczne, inne terapeutyczne, porady, konsultacje lub warsztaty.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835"/>
        <w:gridCol w:w="2494"/>
        <w:gridCol w:w="4535"/>
      </w:tblGrid>
      <w:tr w:rsidR="00F87B19" w:rsidRPr="00F82A7E" w14:paraId="5F763D64" w14:textId="77777777">
        <w:trPr>
          <w:cantSplit/>
          <w:tblHeader/>
          <w:jc w:val="center"/>
        </w:trPr>
        <w:tc>
          <w:tcPr>
            <w:tcW w:w="2835" w:type="dxa"/>
            <w:shd w:val="clear" w:color="auto" w:fill="EDEDED"/>
            <w:vAlign w:val="center"/>
          </w:tcPr>
          <w:p w14:paraId="7D95F6D3" w14:textId="77777777" w:rsidR="00F87B19" w:rsidRPr="00F82A7E" w:rsidRDefault="005B1A8B">
            <w:pPr>
              <w:spacing w:after="0"/>
              <w:rPr>
                <w:lang w:val="pl-PL"/>
              </w:rPr>
            </w:pPr>
            <w:r>
              <w:rPr>
                <w:b/>
                <w:sz w:val="19"/>
                <w:lang w:val="pl-PL"/>
              </w:rPr>
              <w:t>Forma pomocy i jej cel</w:t>
            </w:r>
            <w:r>
              <w:rPr>
                <w:b/>
                <w:sz w:val="19"/>
                <w:lang w:val="pl-PL"/>
              </w:rPr>
              <w:br/>
              <w:t>Osoba prowadząca</w:t>
            </w:r>
          </w:p>
        </w:tc>
        <w:tc>
          <w:tcPr>
            <w:tcW w:w="2494" w:type="dxa"/>
            <w:shd w:val="clear" w:color="auto" w:fill="EDEDED"/>
            <w:vAlign w:val="center"/>
          </w:tcPr>
          <w:p w14:paraId="7D2AF642" w14:textId="77777777" w:rsidR="00F87B19" w:rsidRPr="00F82A7E" w:rsidRDefault="005B1A8B">
            <w:pPr>
              <w:spacing w:after="0"/>
              <w:rPr>
                <w:lang w:val="pl-PL"/>
              </w:rPr>
            </w:pPr>
            <w:r>
              <w:rPr>
                <w:b/>
                <w:sz w:val="19"/>
                <w:lang w:val="pl-PL"/>
              </w:rPr>
              <w:t>Okres i częstotliwość</w:t>
            </w:r>
            <w:r>
              <w:rPr>
                <w:b/>
                <w:sz w:val="19"/>
                <w:lang w:val="pl-PL"/>
              </w:rPr>
              <w:br/>
              <w:t>Wymiar zajęć i faktyczny udział</w:t>
            </w:r>
          </w:p>
        </w:tc>
        <w:tc>
          <w:tcPr>
            <w:tcW w:w="4535" w:type="dxa"/>
            <w:shd w:val="clear" w:color="auto" w:fill="EDEDED"/>
            <w:vAlign w:val="center"/>
          </w:tcPr>
          <w:p w14:paraId="74363AAF" w14:textId="77777777" w:rsidR="00F87B19" w:rsidRPr="00F82A7E" w:rsidRDefault="005B1A8B">
            <w:pPr>
              <w:spacing w:after="0"/>
              <w:rPr>
                <w:lang w:val="pl-PL"/>
              </w:rPr>
            </w:pPr>
            <w:r>
              <w:rPr>
                <w:b/>
                <w:sz w:val="19"/>
                <w:lang w:val="pl-PL"/>
              </w:rPr>
              <w:t>Efekt i sposób oceny</w:t>
            </w:r>
            <w:r>
              <w:rPr>
                <w:b/>
                <w:sz w:val="19"/>
                <w:lang w:val="pl-PL"/>
              </w:rPr>
              <w:br/>
              <w:t>Co się zmieniło, co nadal jest trudne</w:t>
            </w:r>
          </w:p>
        </w:tc>
      </w:tr>
      <w:tr w:rsidR="00F87B19" w:rsidRPr="00F82A7E" w14:paraId="37700685" w14:textId="77777777">
        <w:trPr>
          <w:cantSplit/>
          <w:trHeight w:val="1106"/>
          <w:jc w:val="center"/>
        </w:trPr>
        <w:tc>
          <w:tcPr>
            <w:tcW w:w="2835" w:type="dxa"/>
            <w:vAlign w:val="center"/>
          </w:tcPr>
          <w:p w14:paraId="561DFBDF" w14:textId="77777777" w:rsidR="00F87B19" w:rsidRPr="00F82A7E" w:rsidRDefault="00F87B19">
            <w:pPr>
              <w:spacing w:after="0"/>
              <w:rPr>
                <w:lang w:val="pl-PL"/>
              </w:rPr>
            </w:pPr>
          </w:p>
        </w:tc>
        <w:tc>
          <w:tcPr>
            <w:tcW w:w="2494" w:type="dxa"/>
            <w:vAlign w:val="center"/>
          </w:tcPr>
          <w:p w14:paraId="57546BFB" w14:textId="77777777" w:rsidR="00F87B19" w:rsidRPr="00F82A7E" w:rsidRDefault="00F87B19">
            <w:pPr>
              <w:spacing w:after="0"/>
              <w:rPr>
                <w:lang w:val="pl-PL"/>
              </w:rPr>
            </w:pPr>
          </w:p>
        </w:tc>
        <w:tc>
          <w:tcPr>
            <w:tcW w:w="4535" w:type="dxa"/>
            <w:vAlign w:val="center"/>
          </w:tcPr>
          <w:p w14:paraId="5CBF7172" w14:textId="77777777" w:rsidR="00F87B19" w:rsidRPr="00F82A7E" w:rsidRDefault="00F87B19">
            <w:pPr>
              <w:spacing w:after="0"/>
              <w:rPr>
                <w:lang w:val="pl-PL"/>
              </w:rPr>
            </w:pPr>
          </w:p>
        </w:tc>
      </w:tr>
      <w:tr w:rsidR="00F87B19" w:rsidRPr="00F82A7E" w14:paraId="3DF2A851" w14:textId="77777777">
        <w:trPr>
          <w:cantSplit/>
          <w:trHeight w:val="1106"/>
          <w:jc w:val="center"/>
        </w:trPr>
        <w:tc>
          <w:tcPr>
            <w:tcW w:w="2835" w:type="dxa"/>
            <w:vAlign w:val="center"/>
          </w:tcPr>
          <w:p w14:paraId="5FB6E991" w14:textId="77777777" w:rsidR="00F87B19" w:rsidRPr="00F82A7E" w:rsidRDefault="00F87B19">
            <w:pPr>
              <w:spacing w:after="0"/>
              <w:rPr>
                <w:lang w:val="pl-PL"/>
              </w:rPr>
            </w:pPr>
          </w:p>
        </w:tc>
        <w:tc>
          <w:tcPr>
            <w:tcW w:w="2494" w:type="dxa"/>
            <w:vAlign w:val="center"/>
          </w:tcPr>
          <w:p w14:paraId="072B43EF" w14:textId="77777777" w:rsidR="00F87B19" w:rsidRPr="00F82A7E" w:rsidRDefault="00F87B19">
            <w:pPr>
              <w:spacing w:after="0"/>
              <w:rPr>
                <w:lang w:val="pl-PL"/>
              </w:rPr>
            </w:pPr>
          </w:p>
        </w:tc>
        <w:tc>
          <w:tcPr>
            <w:tcW w:w="4535" w:type="dxa"/>
            <w:vAlign w:val="center"/>
          </w:tcPr>
          <w:p w14:paraId="21D9DCA7" w14:textId="77777777" w:rsidR="00F87B19" w:rsidRPr="00F82A7E" w:rsidRDefault="00F87B19">
            <w:pPr>
              <w:spacing w:after="0"/>
              <w:rPr>
                <w:lang w:val="pl-PL"/>
              </w:rPr>
            </w:pPr>
          </w:p>
        </w:tc>
      </w:tr>
      <w:tr w:rsidR="00F87B19" w:rsidRPr="00F82A7E" w14:paraId="639F3B9B" w14:textId="77777777">
        <w:trPr>
          <w:cantSplit/>
          <w:trHeight w:val="1106"/>
          <w:jc w:val="center"/>
        </w:trPr>
        <w:tc>
          <w:tcPr>
            <w:tcW w:w="2835" w:type="dxa"/>
            <w:vAlign w:val="center"/>
          </w:tcPr>
          <w:p w14:paraId="2130075D" w14:textId="77777777" w:rsidR="00F87B19" w:rsidRPr="00F82A7E" w:rsidRDefault="00F87B19">
            <w:pPr>
              <w:spacing w:after="0"/>
              <w:rPr>
                <w:lang w:val="pl-PL"/>
              </w:rPr>
            </w:pPr>
          </w:p>
        </w:tc>
        <w:tc>
          <w:tcPr>
            <w:tcW w:w="2494" w:type="dxa"/>
            <w:vAlign w:val="center"/>
          </w:tcPr>
          <w:p w14:paraId="4A974FC1" w14:textId="77777777" w:rsidR="00F87B19" w:rsidRPr="00F82A7E" w:rsidRDefault="00F87B19">
            <w:pPr>
              <w:spacing w:after="0"/>
              <w:rPr>
                <w:lang w:val="pl-PL"/>
              </w:rPr>
            </w:pPr>
          </w:p>
        </w:tc>
        <w:tc>
          <w:tcPr>
            <w:tcW w:w="4535" w:type="dxa"/>
            <w:vAlign w:val="center"/>
          </w:tcPr>
          <w:p w14:paraId="29DB7834" w14:textId="77777777" w:rsidR="00F87B19" w:rsidRPr="00F82A7E" w:rsidRDefault="00F87B19">
            <w:pPr>
              <w:spacing w:after="0"/>
              <w:rPr>
                <w:lang w:val="pl-PL"/>
              </w:rPr>
            </w:pPr>
          </w:p>
        </w:tc>
      </w:tr>
    </w:tbl>
    <w:p w14:paraId="5063D036" w14:textId="58605673" w:rsidR="00F87B19" w:rsidRPr="00F82A7E" w:rsidRDefault="005B1A8B" w:rsidP="00584E8A">
      <w:pPr>
        <w:pStyle w:val="Prompt"/>
        <w:jc w:val="both"/>
        <w:rPr>
          <w:lang w:val="pl-PL"/>
        </w:rPr>
      </w:pPr>
      <w:r>
        <w:rPr>
          <w:lang w:val="pl-PL"/>
        </w:rPr>
        <w:t xml:space="preserve">Wcześniejsze diagnozy oraz realizacja zaleceń </w:t>
      </w:r>
      <w:r>
        <w:rPr>
          <w:b w:val="0"/>
          <w:bCs/>
          <w:i/>
          <w:iCs/>
          <w:lang w:val="pl-PL"/>
        </w:rPr>
        <w:t>(Według danych szkoły: kiedy, ile razy i z jakiego powodu uczeń był diagnozowany, czy ponownie w tym roku? Wskaż dokument lub źródło oraz niewdrożone zalecenia z przyczyną.)</w:t>
      </w:r>
    </w:p>
    <w:p w14:paraId="203781D5" w14:textId="77777777" w:rsidR="00F87B19" w:rsidRPr="00F82A7E" w:rsidRDefault="005B1A8B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br/>
      </w:r>
      <w:r>
        <w:rPr>
          <w:lang w:val="pl-PL"/>
        </w:rPr>
        <w:br/>
        <w:t> </w:t>
      </w:r>
    </w:p>
    <w:p w14:paraId="0C7C9688" w14:textId="4BB90725" w:rsidR="00F87B19" w:rsidRPr="00F82A7E" w:rsidRDefault="00476C64">
      <w:pPr>
        <w:pStyle w:val="Nagwek1"/>
        <w:pageBreakBefore/>
        <w:spacing w:before="0"/>
        <w:rPr>
          <w:lang w:val="pl-PL"/>
        </w:rPr>
      </w:pPr>
      <w:r>
        <w:rPr>
          <w:lang w:val="pl-PL"/>
        </w:rPr>
        <w:lastRenderedPageBreak/>
        <w:t>Część V. Mocne strony i zasoby ucznia</w:t>
      </w:r>
    </w:p>
    <w:p w14:paraId="44FF4710" w14:textId="182EBC3F" w:rsidR="00F87B19" w:rsidRPr="00F82A7E" w:rsidRDefault="005B1A8B" w:rsidP="00584E8A">
      <w:pPr>
        <w:pStyle w:val="Prompt"/>
        <w:jc w:val="both"/>
        <w:rPr>
          <w:lang w:val="pl-PL"/>
        </w:rPr>
      </w:pPr>
      <w:r>
        <w:rPr>
          <w:lang w:val="pl-PL"/>
        </w:rPr>
        <w:t xml:space="preserve">Co uczeń robi dobrze i co go interesuje? </w:t>
      </w:r>
      <w:r>
        <w:rPr>
          <w:b w:val="0"/>
          <w:bCs/>
          <w:i/>
          <w:iCs/>
          <w:lang w:val="pl-PL"/>
        </w:rPr>
        <w:t>(Proszę uwzględnić zdolności, umiejętności praktyczne i społeczne, zainteresowania oraz codzienne sukcesy, także poza ocenami i konkursami.)</w:t>
      </w:r>
    </w:p>
    <w:p w14:paraId="105608DB" w14:textId="77777777" w:rsidR="00F87B19" w:rsidRPr="00F82A7E" w:rsidRDefault="005B1A8B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br/>
        <w:t> </w:t>
      </w:r>
    </w:p>
    <w:p w14:paraId="0E3F479F" w14:textId="2F3CC04E" w:rsidR="00F87B19" w:rsidRPr="00F82A7E" w:rsidRDefault="005B1A8B" w:rsidP="00584E8A">
      <w:pPr>
        <w:pStyle w:val="Prompt"/>
        <w:jc w:val="both"/>
        <w:rPr>
          <w:lang w:val="pl-PL"/>
        </w:rPr>
      </w:pPr>
      <w:r>
        <w:rPr>
          <w:lang w:val="pl-PL"/>
        </w:rPr>
        <w:t>Na czym można oprzeć dalszą pomoc?</w:t>
      </w:r>
      <w:r>
        <w:rPr>
          <w:b w:val="0"/>
          <w:bCs/>
          <w:i/>
          <w:iCs/>
          <w:lang w:val="pl-PL"/>
        </w:rPr>
        <w:t xml:space="preserve"> (Jakie sposoby uczenia się, warunki pracy, relacje i osoby wspierające pomagają uczniowi działać samodzielnie, odzyskiwać pewność siebie i wykorzystywać swoje możliwości?)</w:t>
      </w:r>
    </w:p>
    <w:p w14:paraId="2CAB63FF" w14:textId="77777777" w:rsidR="00F87B19" w:rsidRPr="00F82A7E" w:rsidRDefault="005B1A8B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br/>
        <w:t> </w:t>
      </w:r>
    </w:p>
    <w:p w14:paraId="4628012F" w14:textId="405EDFCB" w:rsidR="00F87B19" w:rsidRPr="00584E8A" w:rsidRDefault="00FE2399">
      <w:pPr>
        <w:pStyle w:val="Nagwek1"/>
        <w:rPr>
          <w:color w:val="C00000"/>
          <w:lang w:val="pl-PL"/>
        </w:rPr>
      </w:pPr>
      <w:r w:rsidRPr="00584E8A">
        <w:rPr>
          <w:color w:val="C00000"/>
          <w:lang w:val="pl-PL"/>
        </w:rPr>
        <w:t>Część VI. Wnioski do dalszej pracy</w:t>
      </w:r>
    </w:p>
    <w:p w14:paraId="3FB2BED9" w14:textId="5FBECC11" w:rsidR="00F87B19" w:rsidRPr="00F82A7E" w:rsidRDefault="005B1A8B" w:rsidP="00584E8A">
      <w:pPr>
        <w:pStyle w:val="Prompt"/>
        <w:jc w:val="both"/>
        <w:rPr>
          <w:lang w:val="pl-PL"/>
        </w:rPr>
      </w:pPr>
      <w:r>
        <w:rPr>
          <w:lang w:val="pl-PL"/>
        </w:rPr>
        <w:t xml:space="preserve">Jakie potrzeby wymagają obecnie wsparcia w pierwszej kolejności? </w:t>
      </w:r>
      <w:r>
        <w:rPr>
          <w:b w:val="0"/>
          <w:bCs/>
          <w:i/>
          <w:iCs/>
          <w:lang w:val="pl-PL"/>
        </w:rPr>
        <w:t>(Proszę wskazać 1–3 najważniejsze potrzeby i proponowane dalsze działania szkoły: co należałoby kontynuować, zmienić lub wprowadzić. Proszę napisać, po jakiej zmianie będzie można rozpoznać poprawę.)</w:t>
      </w:r>
    </w:p>
    <w:p w14:paraId="47505FF3" w14:textId="145296A2" w:rsidR="00F87B19" w:rsidRPr="00F82A7E" w:rsidRDefault="005B1A8B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br/>
        <w:t> </w:t>
      </w:r>
    </w:p>
    <w:p w14:paraId="034684D0" w14:textId="5D8094CD" w:rsidR="00F87B19" w:rsidRPr="00F82A7E" w:rsidRDefault="005B1A8B" w:rsidP="00584E8A">
      <w:pPr>
        <w:pStyle w:val="Prompt"/>
        <w:jc w:val="both"/>
        <w:rPr>
          <w:lang w:val="pl-PL"/>
        </w:rPr>
      </w:pPr>
      <w:r>
        <w:rPr>
          <w:lang w:val="pl-PL"/>
        </w:rPr>
        <w:t xml:space="preserve">Inne uwagi i oczekiwane wsparcie ze strony Poradni </w:t>
      </w:r>
      <w:r>
        <w:rPr>
          <w:b w:val="0"/>
          <w:bCs/>
          <w:i/>
          <w:iCs/>
          <w:lang w:val="pl-PL"/>
        </w:rPr>
        <w:t>(Proszę doprecyzować oczekiwania wobec diagnozy i zaleceń, np. dobór metod pracy, form pomocy, dostosowań lub wsparcia rodziców i nauczycieli. Nie jest wymagane wskazywanie rozpoznania.)</w:t>
      </w:r>
    </w:p>
    <w:p w14:paraId="4361D62F" w14:textId="77777777" w:rsidR="00F87B19" w:rsidRPr="00F82A7E" w:rsidRDefault="005B1A8B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br/>
        <w:t> </w:t>
      </w:r>
    </w:p>
    <w:p w14:paraId="1B62B2E1" w14:textId="77777777" w:rsidR="00F87B19" w:rsidRPr="00584E8A" w:rsidRDefault="005B1A8B">
      <w:pPr>
        <w:pStyle w:val="Nagwek1"/>
        <w:rPr>
          <w:color w:val="C00000"/>
          <w:lang w:val="pl-PL"/>
        </w:rPr>
      </w:pPr>
      <w:r w:rsidRPr="00584E8A">
        <w:rPr>
          <w:color w:val="C00000"/>
          <w:lang w:val="pl-PL"/>
        </w:rPr>
        <w:t>Osoby przygotowujące opinię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3515"/>
        <w:gridCol w:w="3515"/>
        <w:gridCol w:w="2835"/>
      </w:tblGrid>
      <w:tr w:rsidR="00F87B19" w:rsidRPr="00F82A7E" w14:paraId="65FED595" w14:textId="77777777">
        <w:trPr>
          <w:cantSplit/>
          <w:tblHeader/>
          <w:jc w:val="center"/>
        </w:trPr>
        <w:tc>
          <w:tcPr>
            <w:tcW w:w="3515" w:type="dxa"/>
            <w:shd w:val="clear" w:color="auto" w:fill="EDEDED"/>
            <w:vAlign w:val="center"/>
          </w:tcPr>
          <w:p w14:paraId="34751823" w14:textId="77777777" w:rsidR="00F87B19" w:rsidRPr="00F82A7E" w:rsidRDefault="005B1A8B">
            <w:pPr>
              <w:spacing w:after="0"/>
              <w:rPr>
                <w:lang w:val="pl-PL"/>
              </w:rPr>
            </w:pPr>
            <w:r>
              <w:rPr>
                <w:b/>
                <w:sz w:val="19"/>
                <w:lang w:val="pl-PL"/>
              </w:rPr>
              <w:t>Imię i nazwisko</w:t>
            </w:r>
          </w:p>
        </w:tc>
        <w:tc>
          <w:tcPr>
            <w:tcW w:w="3515" w:type="dxa"/>
            <w:shd w:val="clear" w:color="auto" w:fill="EDEDED"/>
            <w:vAlign w:val="center"/>
          </w:tcPr>
          <w:p w14:paraId="0B2BCB9D" w14:textId="77777777" w:rsidR="00F87B19" w:rsidRPr="00F82A7E" w:rsidRDefault="005B1A8B">
            <w:pPr>
              <w:spacing w:after="0"/>
              <w:rPr>
                <w:lang w:val="pl-PL"/>
              </w:rPr>
            </w:pPr>
            <w:r>
              <w:rPr>
                <w:b/>
                <w:sz w:val="19"/>
                <w:lang w:val="pl-PL"/>
              </w:rPr>
              <w:t>Funkcja lub przedmiot</w:t>
            </w:r>
          </w:p>
        </w:tc>
        <w:tc>
          <w:tcPr>
            <w:tcW w:w="2835" w:type="dxa"/>
            <w:shd w:val="clear" w:color="auto" w:fill="EDEDED"/>
            <w:vAlign w:val="center"/>
          </w:tcPr>
          <w:p w14:paraId="2A2EF1CC" w14:textId="77777777" w:rsidR="00F87B19" w:rsidRPr="00F82A7E" w:rsidRDefault="005B1A8B">
            <w:pPr>
              <w:spacing w:after="0"/>
              <w:rPr>
                <w:lang w:val="pl-PL"/>
              </w:rPr>
            </w:pPr>
            <w:r>
              <w:rPr>
                <w:b/>
                <w:sz w:val="19"/>
                <w:lang w:val="pl-PL"/>
              </w:rPr>
              <w:t>Podpis</w:t>
            </w:r>
          </w:p>
        </w:tc>
      </w:tr>
      <w:tr w:rsidR="00F87B19" w:rsidRPr="00F82A7E" w14:paraId="22FD1BCB" w14:textId="77777777">
        <w:trPr>
          <w:cantSplit/>
          <w:trHeight w:val="454"/>
          <w:jc w:val="center"/>
        </w:trPr>
        <w:tc>
          <w:tcPr>
            <w:tcW w:w="3515" w:type="dxa"/>
            <w:vAlign w:val="center"/>
          </w:tcPr>
          <w:p w14:paraId="7C5490FD" w14:textId="77777777" w:rsidR="00F87B19" w:rsidRPr="00F82A7E" w:rsidRDefault="00F87B19">
            <w:pPr>
              <w:spacing w:after="0"/>
              <w:rPr>
                <w:lang w:val="pl-PL"/>
              </w:rPr>
            </w:pPr>
          </w:p>
        </w:tc>
        <w:tc>
          <w:tcPr>
            <w:tcW w:w="3515" w:type="dxa"/>
            <w:vAlign w:val="center"/>
          </w:tcPr>
          <w:p w14:paraId="534B2E46" w14:textId="77777777" w:rsidR="00F87B19" w:rsidRPr="00F82A7E" w:rsidRDefault="00F87B19">
            <w:pPr>
              <w:spacing w:after="0"/>
              <w:rPr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063B10B8" w14:textId="77777777" w:rsidR="00F87B19" w:rsidRPr="00F82A7E" w:rsidRDefault="00F87B19">
            <w:pPr>
              <w:spacing w:after="0"/>
              <w:rPr>
                <w:lang w:val="pl-PL"/>
              </w:rPr>
            </w:pPr>
          </w:p>
        </w:tc>
      </w:tr>
      <w:tr w:rsidR="00F87B19" w:rsidRPr="00F82A7E" w14:paraId="0C0BEF95" w14:textId="77777777">
        <w:trPr>
          <w:cantSplit/>
          <w:trHeight w:val="454"/>
          <w:jc w:val="center"/>
        </w:trPr>
        <w:tc>
          <w:tcPr>
            <w:tcW w:w="3515" w:type="dxa"/>
            <w:vAlign w:val="center"/>
          </w:tcPr>
          <w:p w14:paraId="631FF005" w14:textId="77777777" w:rsidR="00F87B19" w:rsidRPr="00F82A7E" w:rsidRDefault="00F87B19">
            <w:pPr>
              <w:spacing w:after="0"/>
              <w:rPr>
                <w:lang w:val="pl-PL"/>
              </w:rPr>
            </w:pPr>
          </w:p>
        </w:tc>
        <w:tc>
          <w:tcPr>
            <w:tcW w:w="3515" w:type="dxa"/>
            <w:vAlign w:val="center"/>
          </w:tcPr>
          <w:p w14:paraId="5B47CF46" w14:textId="77777777" w:rsidR="00F87B19" w:rsidRPr="00F82A7E" w:rsidRDefault="00F87B19">
            <w:pPr>
              <w:spacing w:after="0"/>
              <w:rPr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6CE79A00" w14:textId="77777777" w:rsidR="00F87B19" w:rsidRPr="00F82A7E" w:rsidRDefault="00F87B19">
            <w:pPr>
              <w:spacing w:after="0"/>
              <w:rPr>
                <w:lang w:val="pl-PL"/>
              </w:rPr>
            </w:pPr>
          </w:p>
        </w:tc>
      </w:tr>
      <w:tr w:rsidR="00F87B19" w:rsidRPr="00F82A7E" w14:paraId="1D0A853D" w14:textId="77777777">
        <w:trPr>
          <w:cantSplit/>
          <w:trHeight w:val="454"/>
          <w:jc w:val="center"/>
        </w:trPr>
        <w:tc>
          <w:tcPr>
            <w:tcW w:w="3515" w:type="dxa"/>
            <w:vAlign w:val="center"/>
          </w:tcPr>
          <w:p w14:paraId="40F2EB17" w14:textId="77777777" w:rsidR="00F87B19" w:rsidRPr="00F82A7E" w:rsidRDefault="00F87B19">
            <w:pPr>
              <w:spacing w:after="0"/>
              <w:rPr>
                <w:lang w:val="pl-PL"/>
              </w:rPr>
            </w:pPr>
          </w:p>
        </w:tc>
        <w:tc>
          <w:tcPr>
            <w:tcW w:w="3515" w:type="dxa"/>
            <w:vAlign w:val="center"/>
          </w:tcPr>
          <w:p w14:paraId="4231A187" w14:textId="77777777" w:rsidR="00F87B19" w:rsidRPr="00F82A7E" w:rsidRDefault="00F87B19">
            <w:pPr>
              <w:spacing w:after="0"/>
              <w:rPr>
                <w:lang w:val="pl-PL"/>
              </w:rPr>
            </w:pPr>
          </w:p>
        </w:tc>
        <w:tc>
          <w:tcPr>
            <w:tcW w:w="2835" w:type="dxa"/>
            <w:vAlign w:val="center"/>
          </w:tcPr>
          <w:p w14:paraId="050E9F86" w14:textId="77777777" w:rsidR="00F87B19" w:rsidRPr="00F82A7E" w:rsidRDefault="00F87B19">
            <w:pPr>
              <w:spacing w:after="0"/>
              <w:rPr>
                <w:lang w:val="pl-PL"/>
              </w:rPr>
            </w:pPr>
          </w:p>
        </w:tc>
      </w:tr>
    </w:tbl>
    <w:p w14:paraId="3A440A4C" w14:textId="77777777" w:rsidR="00584E8A" w:rsidRDefault="00584E8A" w:rsidP="00584E8A">
      <w:pPr>
        <w:pStyle w:val="Hint"/>
        <w:spacing w:after="0"/>
        <w:jc w:val="both"/>
        <w:rPr>
          <w:sz w:val="18"/>
          <w:szCs w:val="20"/>
          <w:lang w:val="pl-PL"/>
        </w:rPr>
      </w:pPr>
    </w:p>
    <w:p w14:paraId="3A70A167" w14:textId="42E3DA8C" w:rsidR="00584E8A" w:rsidRDefault="005B1A8B" w:rsidP="00584E8A">
      <w:pPr>
        <w:pStyle w:val="Hint"/>
        <w:spacing w:after="0"/>
        <w:jc w:val="both"/>
        <w:rPr>
          <w:sz w:val="18"/>
          <w:szCs w:val="20"/>
          <w:lang w:val="pl-PL"/>
        </w:rPr>
      </w:pPr>
      <w:r w:rsidRPr="00584E8A">
        <w:rPr>
          <w:sz w:val="18"/>
          <w:szCs w:val="20"/>
          <w:lang w:val="pl-PL"/>
        </w:rPr>
        <w:t>Osoba do kontaktu z Poradnią i kontakt służbowy</w:t>
      </w:r>
      <w:r w:rsidR="00584E8A">
        <w:rPr>
          <w:sz w:val="18"/>
          <w:szCs w:val="20"/>
          <w:lang w:val="pl-PL"/>
        </w:rPr>
        <w:t>:</w:t>
      </w:r>
    </w:p>
    <w:p w14:paraId="37A6396C" w14:textId="1228988A" w:rsidR="00F87B19" w:rsidRPr="00584E8A" w:rsidRDefault="005B1A8B" w:rsidP="00584E8A">
      <w:pPr>
        <w:pStyle w:val="Hint"/>
        <w:spacing w:after="0"/>
        <w:jc w:val="both"/>
        <w:rPr>
          <w:sz w:val="16"/>
          <w:szCs w:val="18"/>
          <w:lang w:val="pl-PL"/>
        </w:rPr>
      </w:pPr>
      <w:r w:rsidRPr="00584E8A">
        <w:rPr>
          <w:i/>
          <w:iCs/>
          <w:sz w:val="16"/>
          <w:szCs w:val="18"/>
          <w:lang w:val="pl-PL"/>
        </w:rPr>
        <w:t>(Ewentualny kontakt Poradni ze szkołą odbywa się wyłącznie za</w:t>
      </w:r>
      <w:r w:rsidR="00584E8A" w:rsidRPr="00584E8A">
        <w:rPr>
          <w:i/>
          <w:iCs/>
          <w:sz w:val="16"/>
          <w:szCs w:val="18"/>
          <w:lang w:val="pl-PL"/>
        </w:rPr>
        <w:t> </w:t>
      </w:r>
      <w:r w:rsidRPr="00584E8A">
        <w:rPr>
          <w:i/>
          <w:iCs/>
          <w:sz w:val="16"/>
          <w:szCs w:val="18"/>
          <w:lang w:val="pl-PL"/>
        </w:rPr>
        <w:t>zgodą rodzica/opiekuna prawnego, który jest o tym każdorazowo informowany.)</w:t>
      </w:r>
    </w:p>
    <w:p w14:paraId="7EF5A9EA" w14:textId="77777777" w:rsidR="00F87B19" w:rsidRPr="00F82A7E" w:rsidRDefault="005B1A8B">
      <w:pPr>
        <w:pStyle w:val="Answer"/>
        <w:keepLines/>
        <w:pBdr>
          <w:bottom w:val="single" w:sz="3" w:space="1" w:color="D9D9D9"/>
        </w:pBdr>
        <w:rPr>
          <w:lang w:val="pl-PL"/>
        </w:rPr>
      </w:pPr>
      <w:r>
        <w:rPr>
          <w:lang w:val="pl-PL"/>
        </w:rPr>
        <w:t> </w:t>
      </w:r>
    </w:p>
    <w:p w14:paraId="3184735D" w14:textId="3435C6F6" w:rsidR="00F87B19" w:rsidRPr="00F82A7E" w:rsidRDefault="00584E8A" w:rsidP="00584E8A">
      <w:pPr>
        <w:spacing w:before="200" w:after="160"/>
        <w:rPr>
          <w:lang w:val="pl-PL"/>
        </w:rPr>
      </w:pPr>
      <w:r>
        <w:rPr>
          <w:lang w:val="pl-PL"/>
        </w:rPr>
        <w:t xml:space="preserve">                                               Data, podpis dyrektora i pieczęć szkoły: </w:t>
      </w:r>
    </w:p>
    <w:p w14:paraId="03EDC2BE" w14:textId="77777777" w:rsidR="00584E8A" w:rsidRDefault="00584E8A">
      <w:pPr>
        <w:spacing w:after="100"/>
        <w:rPr>
          <w:sz w:val="19"/>
          <w:lang w:val="pl-PL"/>
        </w:rPr>
      </w:pPr>
    </w:p>
    <w:p w14:paraId="414A8C47" w14:textId="4407F30D" w:rsidR="00F87B19" w:rsidRDefault="005B1A8B">
      <w:pPr>
        <w:spacing w:after="100"/>
        <w:rPr>
          <w:sz w:val="19"/>
          <w:lang w:val="pl-PL"/>
        </w:rPr>
      </w:pPr>
      <w:r>
        <w:rPr>
          <w:sz w:val="19"/>
          <w:lang w:val="pl-PL"/>
        </w:rPr>
        <w:t>Załączone materiały</w:t>
      </w:r>
      <w:r w:rsidR="00584E8A">
        <w:rPr>
          <w:sz w:val="19"/>
          <w:lang w:val="pl-PL"/>
        </w:rPr>
        <w:t xml:space="preserve"> (jeżeli dotyczy):</w:t>
      </w:r>
    </w:p>
    <w:p w14:paraId="1534F760" w14:textId="77777777" w:rsidR="00584E8A" w:rsidRPr="00F82A7E" w:rsidRDefault="00584E8A">
      <w:pPr>
        <w:spacing w:after="100"/>
        <w:rPr>
          <w:lang w:val="pl-PL"/>
        </w:rPr>
      </w:pPr>
    </w:p>
    <w:p w14:paraId="39A9AF54" w14:textId="77777777" w:rsidR="00F82A7E" w:rsidRPr="00584E8A" w:rsidRDefault="00F82A7E">
      <w:pPr>
        <w:spacing w:after="0"/>
        <w:rPr>
          <w:sz w:val="22"/>
          <w:szCs w:val="21"/>
          <w:lang w:val="pl-PL"/>
        </w:rPr>
      </w:pPr>
    </w:p>
    <w:sectPr w:rsidR="00F82A7E" w:rsidRPr="00584E8A" w:rsidSect="00584E8A">
      <w:headerReference w:type="default" r:id="rId8"/>
      <w:footerReference w:type="default" r:id="rId9"/>
      <w:pgSz w:w="11906" w:h="16838"/>
      <w:pgMar w:top="1502" w:right="1020" w:bottom="964" w:left="1020" w:header="482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44810" w14:textId="77777777" w:rsidR="005B1A8B" w:rsidRDefault="005B1A8B">
      <w:pPr>
        <w:spacing w:after="0" w:line="240" w:lineRule="auto"/>
      </w:pPr>
      <w:r>
        <w:separator/>
      </w:r>
    </w:p>
  </w:endnote>
  <w:endnote w:type="continuationSeparator" w:id="0">
    <w:p w14:paraId="738FE3FC" w14:textId="77777777" w:rsidR="005B1A8B" w:rsidRDefault="005B1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C011B" w14:textId="3BDCFCBF" w:rsidR="00584E8A" w:rsidRPr="00584E8A" w:rsidRDefault="00584E8A" w:rsidP="00584E8A">
    <w:pPr>
      <w:spacing w:after="0"/>
      <w:rPr>
        <w:sz w:val="22"/>
        <w:szCs w:val="21"/>
        <w:lang w:val="pl-PL"/>
      </w:rPr>
    </w:pPr>
    <w:r w:rsidRPr="00584E8A">
      <w:rPr>
        <w:color w:val="555555"/>
        <w:sz w:val="15"/>
        <w:szCs w:val="21"/>
        <w:lang w:val="pl-PL"/>
      </w:rPr>
      <w:t xml:space="preserve">Podstawa prawna: </w:t>
    </w:r>
    <w:r>
      <w:rPr>
        <w:color w:val="555555"/>
        <w:sz w:val="15"/>
        <w:szCs w:val="21"/>
        <w:lang w:val="pl-PL"/>
      </w:rPr>
      <w:t>R</w:t>
    </w:r>
    <w:r w:rsidRPr="00584E8A">
      <w:rPr>
        <w:color w:val="555555"/>
        <w:sz w:val="15"/>
        <w:szCs w:val="21"/>
        <w:lang w:val="pl-PL"/>
      </w:rPr>
      <w:t>ozporządzeni</w:t>
    </w:r>
    <w:r>
      <w:rPr>
        <w:color w:val="555555"/>
        <w:sz w:val="15"/>
        <w:szCs w:val="21"/>
        <w:lang w:val="pl-PL"/>
      </w:rPr>
      <w:t>e</w:t>
    </w:r>
    <w:r w:rsidRPr="00584E8A">
      <w:rPr>
        <w:color w:val="555555"/>
        <w:sz w:val="15"/>
        <w:szCs w:val="21"/>
        <w:lang w:val="pl-PL"/>
      </w:rPr>
      <w:t xml:space="preserve"> MEN z 9 sierpnia 2017 r. dotyczącego pomocy psychologiczno-pedagogicznej (tekst jedn. Dz.U. z 2023 r. poz. 1798).</w:t>
    </w:r>
  </w:p>
  <w:p w14:paraId="2441919E" w14:textId="77777777" w:rsidR="00FE2399" w:rsidRDefault="00FE2399" w:rsidP="00FE2399">
    <w:pPr>
      <w:pStyle w:val="Stopka"/>
      <w:tabs>
        <w:tab w:val="right" w:pos="9865"/>
      </w:tabs>
      <w:jc w:val="center"/>
      <w:rPr>
        <w:color w:val="555555"/>
        <w:sz w:val="16"/>
      </w:rPr>
    </w:pPr>
  </w:p>
  <w:p w14:paraId="07C5F472" w14:textId="706832D4" w:rsidR="00FE2399" w:rsidRPr="00FE2399" w:rsidRDefault="00FE2399" w:rsidP="00A853BC">
    <w:pPr>
      <w:pStyle w:val="Stopka"/>
      <w:tabs>
        <w:tab w:val="right" w:pos="9865"/>
      </w:tabs>
      <w:spacing w:line="276" w:lineRule="auto"/>
      <w:jc w:val="center"/>
      <w:rPr>
        <w:color w:val="555555"/>
        <w:sz w:val="14"/>
        <w:szCs w:val="14"/>
      </w:rPr>
    </w:pPr>
  </w:p>
  <w:p w14:paraId="4B1F5481" w14:textId="503F6300" w:rsidR="00F87B19" w:rsidRDefault="005B1A8B">
    <w:pPr>
      <w:pStyle w:val="Stopka"/>
      <w:tabs>
        <w:tab w:val="right" w:pos="9865"/>
      </w:tabs>
    </w:pPr>
    <w:r w:rsidRPr="00FE2399">
      <w:rPr>
        <w:sz w:val="13"/>
        <w:szCs w:val="20"/>
      </w:rPr>
      <w:tab/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F82A7E">
      <w:rPr>
        <w:noProof/>
        <w:sz w:val="16"/>
      </w:rPr>
      <w:t>2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 w:rsidR="00F82A7E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D6168" w14:textId="77777777" w:rsidR="005B1A8B" w:rsidRDefault="005B1A8B">
      <w:pPr>
        <w:spacing w:after="0" w:line="240" w:lineRule="auto"/>
      </w:pPr>
      <w:r>
        <w:separator/>
      </w:r>
    </w:p>
  </w:footnote>
  <w:footnote w:type="continuationSeparator" w:id="0">
    <w:p w14:paraId="3D649CF7" w14:textId="77777777" w:rsidR="005B1A8B" w:rsidRDefault="005B1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0AE14" w14:textId="77777777" w:rsidR="00F87B19" w:rsidRDefault="005B1A8B">
    <w:pPr>
      <w:pStyle w:val="Nagwek"/>
      <w:spacing w:line="252" w:lineRule="auto"/>
      <w:ind w:left="765"/>
    </w:pPr>
    <w:r>
      <w:rPr>
        <w:noProof/>
      </w:rPr>
      <w:drawing>
        <wp:anchor distT="0" distB="0" distL="0" distR="0" simplePos="0" relativeHeight="251658240" behindDoc="0" locked="0" layoutInCell="1" allowOverlap="1" wp14:anchorId="7B6CFCA5" wp14:editId="1F254C37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361561" cy="450000"/>
          <wp:effectExtent l="0" t="0" r="0" b="0"/>
          <wp:wrapNone/>
          <wp:docPr id="1" name="Picture 1" descr="Logo Powiatowego Zespołu Poradni Psychologiczno-Pedagogicznych we Wrocław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z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1561" cy="45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>
      <w:rPr>
        <w:b/>
        <w:sz w:val="20"/>
      </w:rPr>
      <w:t>Powiatowy</w:t>
    </w:r>
    <w:proofErr w:type="spellEnd"/>
    <w:r>
      <w:rPr>
        <w:b/>
        <w:sz w:val="20"/>
      </w:rPr>
      <w:t xml:space="preserve"> </w:t>
    </w:r>
    <w:proofErr w:type="spellStart"/>
    <w:r>
      <w:rPr>
        <w:b/>
        <w:sz w:val="20"/>
      </w:rPr>
      <w:t>Zespół</w:t>
    </w:r>
    <w:proofErr w:type="spellEnd"/>
    <w:r>
      <w:rPr>
        <w:b/>
        <w:sz w:val="20"/>
      </w:rPr>
      <w:t xml:space="preserve"> </w:t>
    </w:r>
    <w:proofErr w:type="spellStart"/>
    <w:r>
      <w:rPr>
        <w:b/>
        <w:sz w:val="20"/>
      </w:rPr>
      <w:t>Poradni</w:t>
    </w:r>
    <w:proofErr w:type="spellEnd"/>
    <w:r>
      <w:rPr>
        <w:sz w:val="19"/>
      </w:rPr>
      <w:br/>
    </w:r>
    <w:proofErr w:type="spellStart"/>
    <w:r>
      <w:rPr>
        <w:sz w:val="19"/>
      </w:rPr>
      <w:t>Psychologiczno-Pedagogicznych</w:t>
    </w:r>
    <w:proofErr w:type="spellEnd"/>
    <w:r>
      <w:rPr>
        <w:sz w:val="19"/>
      </w:rPr>
      <w:t xml:space="preserve"> we </w:t>
    </w:r>
    <w:proofErr w:type="spellStart"/>
    <w:r>
      <w:rPr>
        <w:sz w:val="19"/>
      </w:rPr>
      <w:t>Wrocławiu</w:t>
    </w:r>
    <w:proofErr w:type="spellEnd"/>
    <w:r>
      <w:rPr>
        <w:sz w:val="16"/>
      </w:rPr>
      <w:br/>
      <w:t>www.pzp.edu.pl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8146869">
    <w:abstractNumId w:val="8"/>
  </w:num>
  <w:num w:numId="2" w16cid:durableId="1522010655">
    <w:abstractNumId w:val="6"/>
  </w:num>
  <w:num w:numId="3" w16cid:durableId="969945504">
    <w:abstractNumId w:val="5"/>
  </w:num>
  <w:num w:numId="4" w16cid:durableId="467279486">
    <w:abstractNumId w:val="4"/>
  </w:num>
  <w:num w:numId="5" w16cid:durableId="1030453293">
    <w:abstractNumId w:val="7"/>
  </w:num>
  <w:num w:numId="6" w16cid:durableId="98108646">
    <w:abstractNumId w:val="3"/>
  </w:num>
  <w:num w:numId="7" w16cid:durableId="552620385">
    <w:abstractNumId w:val="2"/>
  </w:num>
  <w:num w:numId="8" w16cid:durableId="995571889">
    <w:abstractNumId w:val="1"/>
  </w:num>
  <w:num w:numId="9" w16cid:durableId="826752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3B3E"/>
    <w:rsid w:val="0029639D"/>
    <w:rsid w:val="00326F90"/>
    <w:rsid w:val="003F022E"/>
    <w:rsid w:val="00476C64"/>
    <w:rsid w:val="00584E8A"/>
    <w:rsid w:val="005B1A8B"/>
    <w:rsid w:val="0080020F"/>
    <w:rsid w:val="00A853BC"/>
    <w:rsid w:val="00AA0B91"/>
    <w:rsid w:val="00AA1D8D"/>
    <w:rsid w:val="00B47730"/>
    <w:rsid w:val="00CB0664"/>
    <w:rsid w:val="00D602A9"/>
    <w:rsid w:val="00F82A7E"/>
    <w:rsid w:val="00F87B19"/>
    <w:rsid w:val="00FC693F"/>
    <w:rsid w:val="00FE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C47212"/>
  <w14:defaultImageDpi w14:val="300"/>
  <w15:docId w15:val="{A820D41B-8505-224A-A3FB-B4F8771B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Calibri" w:eastAsia="Calibri" w:hAnsi="Calibri"/>
      <w:color w:val="000000"/>
      <w:sz w:val="23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hd w:val="clear" w:color="auto" w:fill="EDEDED"/>
      <w:spacing w:before="200" w:after="140" w:line="240" w:lineRule="auto"/>
      <w:ind w:left="113" w:right="113"/>
      <w:outlineLvl w:val="0"/>
    </w:pPr>
    <w:rPr>
      <w:rFonts w:cs="Calibri"/>
      <w:b/>
      <w:bCs/>
      <w:color w:val="1F497D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cs="Calibri"/>
      <w:b/>
      <w:bCs/>
      <w:color w:val="1F497D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Calibr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="Calibr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="Calibr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="Calibr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="Calibr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="Calibr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="Calibr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Calibri" w:eastAsia="Calibri" w:hAnsi="Calibri" w:cs="Calibr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Calibri" w:eastAsia="Calibri" w:hAnsi="Calibri" w:cs="Calibr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Calibri" w:eastAsia="Calibri" w:hAnsi="Calibri" w:cs="Calibr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120" w:line="240" w:lineRule="auto"/>
      <w:contextualSpacing/>
    </w:pPr>
    <w:rPr>
      <w:rFonts w:cs="Calibri"/>
      <w:b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="Calibri" w:eastAsia="Calibri" w:hAnsi="Calibri" w:cs="Calibr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cs="Calibri"/>
      <w:i/>
      <w:iCs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="Calibri" w:eastAsia="Calibri" w:hAnsi="Calibri" w:cs="Calibr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="Calibri" w:eastAsia="Calibri" w:hAnsi="Calibri" w:cs="Calibr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="Calibri" w:eastAsia="Calibri" w:hAnsi="Calibri" w:cs="Calibr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="Calibri" w:eastAsia="Calibri" w:hAnsi="Calibri" w:cs="Calibr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="Calibri" w:eastAsia="Calibri" w:hAnsi="Calibri" w:cs="Calibr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="Calibri" w:eastAsia="Calibri" w:hAnsi="Calibri" w:cs="Calibr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="Calibri" w:eastAsia="Calibri" w:hAnsi="Calibri" w:cs="Calibr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libri" w:eastAsia="Calibri" w:hAnsi="Calibri" w:cs="Calibri"/>
        <w:b/>
        <w:bCs/>
      </w:rPr>
    </w:tblStylePr>
    <w:tblStylePr w:type="lastCol">
      <w:rPr>
        <w:rFonts w:ascii="Calibri" w:eastAsia="Calibri" w:hAnsi="Calibri" w:cs="Calibr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libri" w:eastAsia="Calibri" w:hAnsi="Calibri" w:cs="Calibri"/>
        <w:b/>
        <w:bCs/>
      </w:rPr>
    </w:tblStylePr>
    <w:tblStylePr w:type="lastCol">
      <w:rPr>
        <w:rFonts w:ascii="Calibri" w:eastAsia="Calibri" w:hAnsi="Calibri" w:cs="Calibr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libri" w:eastAsia="Calibri" w:hAnsi="Calibri" w:cs="Calibri"/>
        <w:b/>
        <w:bCs/>
      </w:rPr>
    </w:tblStylePr>
    <w:tblStylePr w:type="lastCol">
      <w:rPr>
        <w:rFonts w:ascii="Calibri" w:eastAsia="Calibri" w:hAnsi="Calibri" w:cs="Calibr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libri" w:eastAsia="Calibri" w:hAnsi="Calibri" w:cs="Calibri"/>
        <w:b/>
        <w:bCs/>
      </w:rPr>
    </w:tblStylePr>
    <w:tblStylePr w:type="lastCol">
      <w:rPr>
        <w:rFonts w:ascii="Calibri" w:eastAsia="Calibri" w:hAnsi="Calibri" w:cs="Calibr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libri" w:eastAsia="Calibri" w:hAnsi="Calibri" w:cs="Calibri"/>
        <w:b/>
        <w:bCs/>
      </w:rPr>
    </w:tblStylePr>
    <w:tblStylePr w:type="lastCol">
      <w:rPr>
        <w:rFonts w:ascii="Calibri" w:eastAsia="Calibri" w:hAnsi="Calibri" w:cs="Calibr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libri" w:eastAsia="Calibri" w:hAnsi="Calibri" w:cs="Calibri"/>
        <w:b/>
        <w:bCs/>
      </w:rPr>
    </w:tblStylePr>
    <w:tblStylePr w:type="lastCol">
      <w:rPr>
        <w:rFonts w:ascii="Calibri" w:eastAsia="Calibri" w:hAnsi="Calibri" w:cs="Calibr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libri" w:eastAsia="Calibri" w:hAnsi="Calibri" w:cs="Calibri"/>
        <w:b/>
        <w:bCs/>
      </w:rPr>
    </w:tblStylePr>
    <w:tblStylePr w:type="lastCol">
      <w:rPr>
        <w:rFonts w:ascii="Calibri" w:eastAsia="Calibri" w:hAnsi="Calibri" w:cs="Calibr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="Calibri" w:eastAsia="Calibri" w:hAnsi="Calibri" w:cs="Calibr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="Calibri" w:eastAsia="Calibri" w:hAnsi="Calibri" w:cs="Calibr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="Calibri" w:eastAsia="Calibri" w:hAnsi="Calibri" w:cs="Calibr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="Calibri" w:eastAsia="Calibri" w:hAnsi="Calibri" w:cs="Calibr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="Calibri" w:eastAsia="Calibri" w:hAnsi="Calibri" w:cs="Calibr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="Calibri" w:eastAsia="Calibri" w:hAnsi="Calibri" w:cs="Calibr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="Calibri" w:eastAsia="Calibri" w:hAnsi="Calibri" w:cs="Calibr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="Calibri" w:eastAsia="Calibri" w:hAnsi="Calibri" w:cs="Calibr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="Calibri" w:eastAsia="Calibri" w:hAnsi="Calibri" w:cs="Calibr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="Calibri" w:eastAsia="Calibri" w:hAnsi="Calibri" w:cs="Calibr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="Calibri" w:eastAsia="Calibri" w:hAnsi="Calibri" w:cs="Calibr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="Calibri" w:eastAsia="Calibri" w:hAnsi="Calibri" w:cs="Calibr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="Calibri" w:eastAsia="Calibri" w:hAnsi="Calibri" w:cs="Calibr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="Calibri" w:eastAsia="Calibri" w:hAnsi="Calibri" w:cs="Calibr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mpt">
    <w:name w:val="Prompt"/>
    <w:basedOn w:val="Normalny"/>
    <w:pPr>
      <w:keepNext/>
      <w:spacing w:before="140" w:after="60"/>
    </w:pPr>
    <w:rPr>
      <w:b/>
    </w:rPr>
  </w:style>
  <w:style w:type="paragraph" w:customStyle="1" w:styleId="Hint">
    <w:name w:val="Hint"/>
    <w:basedOn w:val="Normalny"/>
    <w:pPr>
      <w:keepNext/>
      <w:spacing w:after="40"/>
    </w:pPr>
    <w:rPr>
      <w:color w:val="454545"/>
      <w:sz w:val="21"/>
    </w:rPr>
  </w:style>
  <w:style w:type="paragraph" w:customStyle="1" w:styleId="Answer">
    <w:name w:val="Answer"/>
    <w:basedOn w:val="Normalny"/>
    <w:pPr>
      <w:spacing w:after="0" w:line="300" w:lineRule="exact"/>
    </w:pPr>
    <w:rPr>
      <w:color w:val="1F6F5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1161</Words>
  <Characters>6970</Characters>
  <Application>Microsoft Office Word</Application>
  <DocSecurity>4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Opinia o funkcjonowaniu ucznia w szkole do celów opiniowania</vt:lpstr>
      <vt:lpstr/>
    </vt:vector>
  </TitlesOfParts>
  <Manager/>
  <Company/>
  <LinksUpToDate>false</LinksUpToDate>
  <CharactersWithSpaces>8115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Opinia o funkcjonowaniu ucznia w szkole do celów opiniowania</dc:title>
  <dc:subject>Formularz dla nauczycieli zawierający część edukacyjną z materiałów PZPPP oraz obszary funkcjonowania i pomocy psychologiczno-pedagogicznej</dc:subject>
  <dc:creator>Joanna Elwartowska</dc:creator>
  <cp:keywords/>
  <dc:description>generated by python-docx</dc:description>
  <cp:lastModifiedBy>Justyna Posadzy - PZPPP Wrocław</cp:lastModifiedBy>
  <cp:revision>2</cp:revision>
  <dcterms:created xsi:type="dcterms:W3CDTF">2026-09-25T17:19:00Z</dcterms:created>
  <dcterms:modified xsi:type="dcterms:W3CDTF">2026-09-25T17:19:00Z</dcterms:modified>
  <cp:category/>
</cp:coreProperties>
</file>